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F243E" w:themeFill="text2" w:themeFillShade="80"/>
        <w:tblLook w:val="04A0" w:firstRow="1" w:lastRow="0" w:firstColumn="1" w:lastColumn="0" w:noHBand="0" w:noVBand="1"/>
      </w:tblPr>
      <w:tblGrid>
        <w:gridCol w:w="4498"/>
        <w:gridCol w:w="4498"/>
      </w:tblGrid>
      <w:tr w:rsidR="000C3A25" w:rsidRPr="000C3A25" w14:paraId="79CA976F" w14:textId="77777777" w:rsidTr="00665F9C">
        <w:tc>
          <w:tcPr>
            <w:tcW w:w="4498" w:type="dxa"/>
            <w:shd w:val="clear" w:color="auto" w:fill="0F243E" w:themeFill="text2" w:themeFillShade="80"/>
          </w:tcPr>
          <w:p w14:paraId="51BFD81D" w14:textId="77777777" w:rsidR="000C3A25" w:rsidRPr="000C3A25" w:rsidRDefault="000C3A25" w:rsidP="009F584E">
            <w:pPr>
              <w:rPr>
                <w:rFonts w:asciiTheme="majorBidi" w:hAnsiTheme="majorBidi" w:cstheme="majorBidi"/>
                <w:b/>
                <w:color w:val="EEECE1" w:themeColor="background2"/>
                <w:sz w:val="18"/>
                <w:szCs w:val="18"/>
              </w:rPr>
            </w:pPr>
            <w:r w:rsidRPr="000C3A25">
              <w:rPr>
                <w:rFonts w:asciiTheme="majorBidi" w:hAnsiTheme="majorBidi" w:cstheme="majorBidi"/>
                <w:b/>
                <w:color w:val="EEECE1" w:themeColor="background2"/>
                <w:sz w:val="18"/>
                <w:szCs w:val="18"/>
              </w:rPr>
              <w:t>Research Article</w:t>
            </w:r>
          </w:p>
        </w:tc>
        <w:tc>
          <w:tcPr>
            <w:tcW w:w="4498" w:type="dxa"/>
            <w:shd w:val="clear" w:color="auto" w:fill="0F243E" w:themeFill="text2" w:themeFillShade="80"/>
          </w:tcPr>
          <w:p w14:paraId="47D2B730" w14:textId="0716C11C" w:rsidR="000C3A25" w:rsidRPr="000C3A25" w:rsidRDefault="000C3A25" w:rsidP="009F584E">
            <w:pPr>
              <w:jc w:val="right"/>
              <w:rPr>
                <w:rFonts w:asciiTheme="majorBidi" w:hAnsiTheme="majorBidi" w:cstheme="majorBidi"/>
                <w:b/>
                <w:color w:val="EEECE1" w:themeColor="background2"/>
                <w:sz w:val="18"/>
                <w:szCs w:val="18"/>
              </w:rPr>
            </w:pPr>
            <w:r w:rsidRPr="000C3A25">
              <w:rPr>
                <w:rFonts w:asciiTheme="majorBidi" w:hAnsiTheme="majorBidi" w:cstheme="majorBidi"/>
                <w:b/>
                <w:bCs/>
                <w:noProof/>
                <w:color w:val="EEECE1" w:themeColor="background2"/>
                <w:sz w:val="18"/>
                <w:szCs w:val="18"/>
              </w:rPr>
              <w:t>Open Ac</w:t>
            </w:r>
            <w:r>
              <w:rPr>
                <w:rFonts w:asciiTheme="majorBidi" w:hAnsiTheme="majorBidi" w:cstheme="majorBidi"/>
                <w:b/>
                <w:bCs/>
                <w:noProof/>
                <w:color w:val="EEECE1" w:themeColor="background2"/>
                <w:sz w:val="18"/>
                <w:szCs w:val="18"/>
              </w:rPr>
              <w:t>c</w:t>
            </w:r>
            <w:r w:rsidRPr="000C3A25">
              <w:rPr>
                <w:rFonts w:asciiTheme="majorBidi" w:hAnsiTheme="majorBidi" w:cstheme="majorBidi"/>
                <w:b/>
                <w:bCs/>
                <w:noProof/>
                <w:color w:val="EEECE1" w:themeColor="background2"/>
                <w:sz w:val="18"/>
                <w:szCs w:val="18"/>
              </w:rPr>
              <w:t>ess</w:t>
            </w:r>
          </w:p>
        </w:tc>
      </w:tr>
    </w:tbl>
    <w:p w14:paraId="4C671EAA" w14:textId="55B2B58C" w:rsidR="005C4AE0" w:rsidRPr="00785BCD" w:rsidRDefault="00665F9C" w:rsidP="00665F9C">
      <w:pPr>
        <w:spacing w:before="240" w:after="120"/>
        <w:rPr>
          <w:rFonts w:asciiTheme="majorBidi" w:hAnsiTheme="majorBidi" w:cstheme="majorBidi"/>
          <w:color w:val="17365D" w:themeColor="text2" w:themeShade="BF"/>
        </w:rPr>
      </w:pPr>
      <w:r w:rsidRPr="00665F9C">
        <w:rPr>
          <w:rFonts w:asciiTheme="majorBidi" w:hAnsiTheme="majorBidi" w:cstheme="majorBidi"/>
          <w:b/>
          <w:color w:val="17365D" w:themeColor="text2" w:themeShade="BF"/>
          <w:sz w:val="30"/>
        </w:rPr>
        <w:t xml:space="preserve">Optimization of Solar-Powered Water Pumping Systems Using Smart Energy Management Techniques </w:t>
      </w:r>
    </w:p>
    <w:p w14:paraId="2B10381A" w14:textId="18B31056" w:rsidR="005C4AE0" w:rsidRPr="002C0D15" w:rsidRDefault="00187924" w:rsidP="00187924">
      <w:pPr>
        <w:spacing w:after="120"/>
        <w:rPr>
          <w:rFonts w:asciiTheme="majorBidi" w:hAnsiTheme="majorBidi" w:cstheme="majorBidi"/>
          <w:szCs w:val="20"/>
        </w:rPr>
      </w:pPr>
      <w:r w:rsidRPr="00187924">
        <w:rPr>
          <w:rFonts w:asciiTheme="majorBidi" w:hAnsiTheme="majorBidi" w:cstheme="majorBidi"/>
          <w:b/>
          <w:szCs w:val="20"/>
          <w:vertAlign w:val="superscript"/>
        </w:rPr>
        <w:t>1</w:t>
      </w:r>
      <w:r w:rsidRPr="00187924">
        <w:rPr>
          <w:rFonts w:asciiTheme="majorBidi" w:hAnsiTheme="majorBidi" w:cstheme="majorBidi"/>
          <w:b/>
          <w:szCs w:val="20"/>
        </w:rPr>
        <w:t>Olivia</w:t>
      </w:r>
      <w:r>
        <w:rPr>
          <w:rFonts w:asciiTheme="majorBidi" w:hAnsiTheme="majorBidi" w:cstheme="majorBidi"/>
          <w:b/>
          <w:szCs w:val="20"/>
        </w:rPr>
        <w:t xml:space="preserve"> </w:t>
      </w:r>
      <w:r w:rsidRPr="00187924">
        <w:rPr>
          <w:rFonts w:asciiTheme="majorBidi" w:hAnsiTheme="majorBidi" w:cstheme="majorBidi"/>
          <w:b/>
          <w:bCs/>
          <w:szCs w:val="20"/>
        </w:rPr>
        <w:t>Brown</w:t>
      </w:r>
      <w:r w:rsidRPr="00187924">
        <w:rPr>
          <w:rFonts w:asciiTheme="majorBidi" w:hAnsiTheme="majorBidi" w:cstheme="majorBidi"/>
          <w:b/>
          <w:bCs/>
          <w:szCs w:val="20"/>
          <w:vertAlign w:val="superscript"/>
        </w:rPr>
        <w:t>*</w:t>
      </w:r>
      <w:r w:rsidRPr="00187924">
        <w:rPr>
          <w:rFonts w:asciiTheme="majorBidi" w:hAnsiTheme="majorBidi" w:cstheme="majorBidi"/>
          <w:b/>
          <w:szCs w:val="20"/>
        </w:rPr>
        <w:t xml:space="preserve"> </w:t>
      </w:r>
      <w:r w:rsidR="00B44A88" w:rsidRPr="002C0D15">
        <w:rPr>
          <w:rFonts w:asciiTheme="majorBidi" w:eastAsia="Times New Roman" w:hAnsiTheme="majorBidi" w:cstheme="majorBidi"/>
          <w:noProof/>
          <w:color w:val="auto"/>
          <w:szCs w:val="20"/>
        </w:rPr>
        <w:drawing>
          <wp:inline distT="0" distB="0" distL="0" distR="0" wp14:anchorId="063DB629" wp14:editId="793E8E73">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44A88" w:rsidRPr="002C0D15">
        <w:rPr>
          <w:rFonts w:asciiTheme="majorBidi" w:hAnsiTheme="majorBidi" w:cstheme="majorBidi"/>
          <w:b/>
          <w:szCs w:val="20"/>
        </w:rPr>
        <w:t xml:space="preserve"> </w:t>
      </w:r>
      <w:r w:rsidR="00ED2E29" w:rsidRPr="002C0D15">
        <w:rPr>
          <w:rFonts w:asciiTheme="majorBidi" w:hAnsiTheme="majorBidi" w:cstheme="majorBidi"/>
          <w:szCs w:val="20"/>
        </w:rPr>
        <w:t xml:space="preserve">and </w:t>
      </w:r>
      <w:r w:rsidRPr="00187924">
        <w:rPr>
          <w:rFonts w:asciiTheme="majorBidi" w:hAnsiTheme="majorBidi" w:cstheme="majorBidi"/>
          <w:b/>
          <w:bCs/>
          <w:szCs w:val="20"/>
          <w:vertAlign w:val="superscript"/>
        </w:rPr>
        <w:t>2</w:t>
      </w:r>
      <w:r w:rsidRPr="00187924">
        <w:rPr>
          <w:rFonts w:asciiTheme="majorBidi" w:hAnsiTheme="majorBidi" w:cstheme="majorBidi"/>
          <w:b/>
          <w:szCs w:val="20"/>
        </w:rPr>
        <w:t>James Smith</w:t>
      </w:r>
      <w:r w:rsidR="00B44A88" w:rsidRPr="002C0D15">
        <w:rPr>
          <w:rFonts w:asciiTheme="majorBidi" w:eastAsia="Times New Roman" w:hAnsiTheme="majorBidi" w:cstheme="majorBidi"/>
          <w:noProof/>
          <w:color w:val="auto"/>
          <w:szCs w:val="20"/>
        </w:rPr>
        <w:drawing>
          <wp:inline distT="0" distB="0" distL="0" distR="0" wp14:anchorId="79471E32" wp14:editId="385E5395">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844F6D8" w14:textId="464F9DA3" w:rsidR="005C4AE0" w:rsidRPr="002C0D15" w:rsidRDefault="00187924">
      <w:pPr>
        <w:spacing w:after="320"/>
        <w:rPr>
          <w:rFonts w:asciiTheme="majorBidi" w:hAnsiTheme="majorBidi" w:cstheme="majorBidi"/>
        </w:rPr>
      </w:pPr>
      <w:r>
        <w:rPr>
          <w:rFonts w:asciiTheme="majorBidi" w:hAnsiTheme="majorBidi" w:cstheme="majorBidi"/>
          <w:i/>
          <w:sz w:val="18"/>
        </w:rPr>
        <w:t>Faculty</w:t>
      </w:r>
      <w:r w:rsidR="00ED2E29" w:rsidRPr="002C0D15">
        <w:rPr>
          <w:rFonts w:asciiTheme="majorBidi" w:hAnsiTheme="majorBidi" w:cstheme="majorBidi"/>
          <w:i/>
          <w:sz w:val="18"/>
        </w:rPr>
        <w:t xml:space="preserve"> of </w:t>
      </w:r>
      <w:r w:rsidR="007B3D60">
        <w:rPr>
          <w:rFonts w:asciiTheme="majorBidi" w:hAnsiTheme="majorBidi" w:cstheme="majorBidi"/>
          <w:i/>
          <w:sz w:val="18"/>
        </w:rPr>
        <w:t>Engineering</w:t>
      </w:r>
      <w:r w:rsidR="00ED2E29" w:rsidRPr="002C0D15">
        <w:rPr>
          <w:rFonts w:asciiTheme="majorBidi" w:hAnsiTheme="majorBidi" w:cstheme="majorBidi"/>
          <w:i/>
          <w:sz w:val="18"/>
        </w:rPr>
        <w:t xml:space="preserve">, </w:t>
      </w:r>
      <w:r>
        <w:rPr>
          <w:rFonts w:asciiTheme="majorBidi" w:hAnsiTheme="majorBidi" w:cstheme="majorBidi"/>
          <w:i/>
          <w:sz w:val="18"/>
        </w:rPr>
        <w:t>ABC</w:t>
      </w:r>
      <w:r w:rsidR="00ED2E29" w:rsidRPr="002C0D15">
        <w:rPr>
          <w:rFonts w:asciiTheme="majorBidi" w:hAnsiTheme="majorBidi" w:cstheme="majorBidi"/>
          <w:i/>
          <w:sz w:val="18"/>
        </w:rPr>
        <w:t xml:space="preserve"> University, </w:t>
      </w:r>
      <w:r w:rsidR="007B3D60">
        <w:rPr>
          <w:rFonts w:asciiTheme="majorBidi" w:hAnsiTheme="majorBidi" w:cstheme="majorBidi"/>
          <w:i/>
          <w:sz w:val="18"/>
        </w:rPr>
        <w:t>Paris</w:t>
      </w:r>
      <w:r w:rsidR="00ED2E29" w:rsidRPr="002C0D15">
        <w:rPr>
          <w:rFonts w:asciiTheme="majorBidi" w:hAnsiTheme="majorBidi" w:cstheme="majorBidi"/>
          <w:i/>
          <w:sz w:val="18"/>
        </w:rPr>
        <w:t xml:space="preserve">, </w:t>
      </w:r>
      <w:r w:rsidR="007B3D60">
        <w:rPr>
          <w:rFonts w:asciiTheme="majorBidi" w:hAnsiTheme="majorBidi" w:cstheme="majorBidi"/>
          <w:i/>
          <w:sz w:val="18"/>
        </w:rPr>
        <w:t>France</w:t>
      </w:r>
      <w:r>
        <w:rPr>
          <w:rFonts w:asciiTheme="majorBidi" w:hAnsiTheme="majorBidi" w:cstheme="majorBidi"/>
          <w:i/>
          <w:sz w:val="18"/>
        </w:rPr>
        <w:t xml:space="preserve"> </w:t>
      </w:r>
    </w:p>
    <w:tbl>
      <w:tblPr>
        <w:tblW w:w="9379" w:type="dxa"/>
        <w:tblInd w:w="180" w:type="dxa"/>
        <w:tblLayout w:type="fixed"/>
        <w:tblLook w:val="04A0" w:firstRow="1" w:lastRow="0" w:firstColumn="1" w:lastColumn="0" w:noHBand="0" w:noVBand="1"/>
      </w:tblPr>
      <w:tblGrid>
        <w:gridCol w:w="1380"/>
        <w:gridCol w:w="5566"/>
        <w:gridCol w:w="2433"/>
      </w:tblGrid>
      <w:tr w:rsidR="00785BCD" w:rsidRPr="00785BCD" w14:paraId="295411F9" w14:textId="77777777" w:rsidTr="00A63FDD">
        <w:trPr>
          <w:trHeight w:val="12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6802A98A" w14:textId="128C4BBA" w:rsidR="00867091" w:rsidRPr="00785BCD" w:rsidRDefault="00867091" w:rsidP="0040629C">
            <w:pPr>
              <w:spacing w:after="0" w:line="240" w:lineRule="auto"/>
              <w:rPr>
                <w:rFonts w:asciiTheme="majorBidi" w:hAnsiTheme="majorBidi" w:cstheme="majorBidi"/>
                <w:color w:val="17365D" w:themeColor="text2" w:themeShade="BF"/>
              </w:rPr>
            </w:pPr>
            <w:r w:rsidRPr="00785BCD">
              <w:rPr>
                <w:rFonts w:asciiTheme="majorBidi" w:hAnsiTheme="majorBidi" w:cstheme="majorBidi"/>
                <w:b/>
                <w:color w:val="17365D" w:themeColor="text2" w:themeShade="BF"/>
                <w:szCs w:val="24"/>
              </w:rPr>
              <w:t>ABSTRACT</w:t>
            </w:r>
          </w:p>
        </w:tc>
        <w:tc>
          <w:tcPr>
            <w:tcW w:w="2433" w:type="dxa"/>
            <w:tcBorders>
              <w:top w:val="single" w:sz="12" w:space="0" w:color="auto"/>
              <w:bottom w:val="single" w:sz="12" w:space="0" w:color="auto"/>
            </w:tcBorders>
            <w:tcMar>
              <w:top w:w="40" w:type="dxa"/>
              <w:left w:w="140" w:type="dxa"/>
              <w:bottom w:w="40" w:type="dxa"/>
              <w:right w:w="40" w:type="dxa"/>
            </w:tcMar>
          </w:tcPr>
          <w:p w14:paraId="492EF404" w14:textId="1EDB0F28" w:rsidR="00867091" w:rsidRPr="00785BCD" w:rsidRDefault="0040629C" w:rsidP="0040629C">
            <w:pPr>
              <w:spacing w:after="0" w:line="240" w:lineRule="auto"/>
              <w:rPr>
                <w:rFonts w:asciiTheme="majorBidi" w:hAnsiTheme="majorBidi" w:cstheme="majorBidi"/>
                <w:color w:val="17365D" w:themeColor="text2" w:themeShade="BF"/>
              </w:rPr>
            </w:pPr>
            <w:r w:rsidRPr="00785BCD">
              <w:rPr>
                <w:rFonts w:asciiTheme="majorBidi" w:hAnsiTheme="majorBidi" w:cstheme="majorBidi"/>
                <w:b/>
                <w:color w:val="17365D" w:themeColor="text2" w:themeShade="BF"/>
                <w:sz w:val="17"/>
              </w:rPr>
              <w:t>ARTICLE HISTORY</w:t>
            </w:r>
          </w:p>
        </w:tc>
      </w:tr>
      <w:tr w:rsidR="005C4AE0" w:rsidRPr="002C0D15" w14:paraId="59CA018F" w14:textId="77777777" w:rsidTr="007B3D60">
        <w:trPr>
          <w:trHeight w:val="317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3DA29F89" w14:textId="601912DC" w:rsidR="005C4AE0" w:rsidRPr="002C0D15" w:rsidRDefault="00B44A88" w:rsidP="00B44A88">
            <w:pPr>
              <w:spacing w:after="0" w:line="252" w:lineRule="auto"/>
              <w:jc w:val="both"/>
              <w:rPr>
                <w:rFonts w:asciiTheme="majorBidi" w:hAnsiTheme="majorBidi" w:cstheme="majorBidi"/>
                <w:szCs w:val="28"/>
              </w:rPr>
            </w:pPr>
            <w:r w:rsidRPr="00B44A88">
              <w:rPr>
                <w:rFonts w:asciiTheme="majorBidi" w:hAnsiTheme="majorBidi" w:cstheme="majorBidi"/>
                <w:szCs w:val="28"/>
              </w:rPr>
              <w:t xml:space="preserve">The abstract must be a concise, single-paragraph summary of </w:t>
            </w:r>
            <w:r w:rsidR="004D27C8" w:rsidRPr="002C0D15">
              <w:rPr>
                <w:rFonts w:asciiTheme="majorBidi" w:hAnsiTheme="majorBidi" w:cstheme="majorBidi"/>
                <w:szCs w:val="28"/>
              </w:rPr>
              <w:t>180</w:t>
            </w:r>
            <w:r w:rsidRPr="00B44A88">
              <w:rPr>
                <w:rFonts w:asciiTheme="majorBidi" w:hAnsiTheme="majorBidi" w:cstheme="majorBidi"/>
                <w:szCs w:val="28"/>
              </w:rPr>
              <w:t xml:space="preserve">–200 words. Format this section in 10-pt </w:t>
            </w:r>
            <w:r w:rsidR="00B270FA">
              <w:rPr>
                <w:rFonts w:asciiTheme="majorBidi" w:hAnsiTheme="majorBidi" w:cstheme="majorBidi"/>
                <w:szCs w:val="28"/>
              </w:rPr>
              <w:t>Times New Roman</w:t>
            </w:r>
            <w:r w:rsidRPr="00B44A88">
              <w:rPr>
                <w:rFonts w:asciiTheme="majorBidi" w:hAnsiTheme="majorBidi" w:cstheme="majorBidi"/>
                <w:szCs w:val="28"/>
              </w:rPr>
              <w:t xml:space="preserve"> font with single line spacing. It should offer a complete overview of your study by covering the research gap, primary objective, methodology, key findings, and broader practical or theoretical implications. Write in clear, accessible language, avoiding niche technical jargon and non-standard abbreviations.</w:t>
            </w:r>
            <w:r w:rsidRPr="002C0D15">
              <w:rPr>
                <w:rFonts w:asciiTheme="majorBidi" w:hAnsiTheme="majorBidi" w:cstheme="majorBidi"/>
                <w:szCs w:val="28"/>
              </w:rPr>
              <w:t xml:space="preserve"> </w:t>
            </w:r>
            <w:r w:rsidRPr="00B44A88">
              <w:rPr>
                <w:rFonts w:asciiTheme="majorBidi" w:hAnsiTheme="majorBidi" w:cstheme="majorBidi"/>
                <w:szCs w:val="28"/>
              </w:rPr>
              <w:t>Position the abstract at the top of the first page directly below the title, author details, institutional affiliations, and the email address of the designated corresponding author (who remains responsible for managing all communication during peer review, publication, and post-publication inquiries regarding methodology and materials).</w:t>
            </w:r>
            <w:r w:rsidRPr="002C0D15">
              <w:rPr>
                <w:rFonts w:asciiTheme="majorBidi" w:hAnsiTheme="majorBidi" w:cstheme="majorBidi"/>
                <w:szCs w:val="28"/>
              </w:rPr>
              <w:t xml:space="preserve"> </w:t>
            </w:r>
            <w:r w:rsidRPr="00B44A88">
              <w:rPr>
                <w:rFonts w:asciiTheme="majorBidi" w:hAnsiTheme="majorBidi" w:cstheme="majorBidi"/>
                <w:szCs w:val="28"/>
              </w:rPr>
              <w:t>Immediately following the abstract, list 3–5 keywords or phrases separated by semicolons (;). Select widely recognized terms directly relevant to your topic to optimize database indexing and discoverability. Limit abbreviations to those universally accepted within your field</w:t>
            </w:r>
            <w:r w:rsidR="00ED2E29" w:rsidRPr="002C0D15">
              <w:rPr>
                <w:rFonts w:asciiTheme="majorBidi" w:hAnsiTheme="majorBidi" w:cstheme="majorBidi"/>
                <w:szCs w:val="28"/>
              </w:rPr>
              <w:t>.</w:t>
            </w:r>
          </w:p>
        </w:tc>
        <w:tc>
          <w:tcPr>
            <w:tcW w:w="2433" w:type="dxa"/>
            <w:tcBorders>
              <w:top w:val="single" w:sz="12" w:space="0" w:color="auto"/>
            </w:tcBorders>
            <w:tcMar>
              <w:top w:w="40" w:type="dxa"/>
              <w:left w:w="140" w:type="dxa"/>
              <w:bottom w:w="40" w:type="dxa"/>
              <w:right w:w="40" w:type="dxa"/>
            </w:tcMar>
          </w:tcPr>
          <w:p w14:paraId="7D4C8BE2" w14:textId="3E526A60" w:rsidR="0040629C" w:rsidRPr="002C0D15" w:rsidRDefault="00ED2E29" w:rsidP="00665F9C">
            <w:pPr>
              <w:spacing w:after="240"/>
              <w:rPr>
                <w:rFonts w:asciiTheme="majorBidi" w:hAnsiTheme="majorBidi" w:cstheme="majorBidi"/>
              </w:rPr>
            </w:pPr>
            <w:r w:rsidRPr="002C0D15">
              <w:rPr>
                <w:rFonts w:asciiTheme="majorBidi" w:hAnsiTheme="majorBidi" w:cstheme="majorBidi"/>
                <w:sz w:val="17"/>
              </w:rPr>
              <w:t>Received 29 April 2026</w:t>
            </w:r>
            <w:r w:rsidRPr="002C0D15">
              <w:rPr>
                <w:rFonts w:asciiTheme="majorBidi" w:hAnsiTheme="majorBidi" w:cstheme="majorBidi"/>
                <w:sz w:val="17"/>
              </w:rPr>
              <w:br/>
              <w:t>Accepted 16 July 2026</w:t>
            </w:r>
          </w:p>
          <w:p w14:paraId="7AC7C095" w14:textId="77777777" w:rsidR="0040629C" w:rsidRPr="002C0D15" w:rsidRDefault="0040629C" w:rsidP="00665F9C">
            <w:pPr>
              <w:spacing w:after="240"/>
              <w:rPr>
                <w:rFonts w:asciiTheme="majorBidi" w:hAnsiTheme="majorBidi" w:cstheme="majorBidi"/>
              </w:rPr>
            </w:pPr>
          </w:p>
          <w:p w14:paraId="0A4F59B4" w14:textId="77777777" w:rsidR="0040629C" w:rsidRPr="002C0D15" w:rsidRDefault="0040629C" w:rsidP="00665F9C">
            <w:pPr>
              <w:spacing w:after="40"/>
              <w:rPr>
                <w:rFonts w:asciiTheme="majorBidi" w:hAnsiTheme="majorBidi" w:cstheme="majorBidi"/>
                <w:b/>
                <w:color w:val="800020"/>
                <w:sz w:val="17"/>
              </w:rPr>
            </w:pPr>
          </w:p>
          <w:p w14:paraId="4A12F519" w14:textId="7C9F676A" w:rsidR="005C4AE0" w:rsidRPr="00785BCD" w:rsidRDefault="00ED2E29" w:rsidP="00665F9C">
            <w:pPr>
              <w:spacing w:after="40"/>
              <w:rPr>
                <w:rFonts w:asciiTheme="majorBidi" w:hAnsiTheme="majorBidi" w:cstheme="majorBidi"/>
                <w:color w:val="17365D" w:themeColor="text2" w:themeShade="BF"/>
              </w:rPr>
            </w:pPr>
            <w:r w:rsidRPr="00785BCD">
              <w:rPr>
                <w:rFonts w:asciiTheme="majorBidi" w:hAnsiTheme="majorBidi" w:cstheme="majorBidi"/>
                <w:b/>
                <w:color w:val="17365D" w:themeColor="text2" w:themeShade="BF"/>
                <w:sz w:val="17"/>
              </w:rPr>
              <w:t>KEYWORDS</w:t>
            </w:r>
          </w:p>
          <w:p w14:paraId="54519B92" w14:textId="4C501EE9" w:rsidR="005C4AE0" w:rsidRPr="002C0D15" w:rsidRDefault="00665F9C" w:rsidP="00665F9C">
            <w:pPr>
              <w:spacing w:after="0"/>
              <w:rPr>
                <w:rFonts w:asciiTheme="majorBidi" w:hAnsiTheme="majorBidi" w:cstheme="majorBidi"/>
              </w:rPr>
            </w:pPr>
            <w:r w:rsidRPr="00665F9C">
              <w:rPr>
                <w:rFonts w:asciiTheme="majorBidi" w:hAnsiTheme="majorBidi" w:cstheme="majorBidi"/>
                <w:sz w:val="17"/>
              </w:rPr>
              <w:t>Energy efficiency, Internet of Things, Photovoltaic systems, Renewable energy, Smart energy management, Solar energy, System optimization, Sustainable agriculture</w:t>
            </w:r>
          </w:p>
        </w:tc>
      </w:tr>
      <w:tr w:rsidR="00665F9C" w:rsidRPr="00665F9C" w14:paraId="047FB35B" w14:textId="77777777" w:rsidTr="007B3D60">
        <w:trPr>
          <w:trHeight w:val="2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35DD1D00" w14:textId="3EB4919D" w:rsidR="00665F9C" w:rsidRPr="00665F9C" w:rsidRDefault="00665F9C" w:rsidP="00665F9C">
            <w:pPr>
              <w:spacing w:after="0" w:line="240" w:lineRule="auto"/>
              <w:jc w:val="both"/>
              <w:rPr>
                <w:rFonts w:asciiTheme="majorBidi" w:hAnsiTheme="majorBidi" w:cstheme="majorBidi"/>
                <w:szCs w:val="20"/>
              </w:rPr>
            </w:pPr>
            <w:r w:rsidRPr="00665F9C">
              <w:rPr>
                <w:rFonts w:asciiTheme="majorBidi" w:hAnsiTheme="majorBidi" w:cstheme="majorBidi"/>
                <w:b/>
                <w:bCs/>
                <w:sz w:val="18"/>
                <w:szCs w:val="18"/>
              </w:rPr>
              <w:t xml:space="preserve">Cite as: </w:t>
            </w:r>
            <w:r w:rsidRPr="00665F9C">
              <w:rPr>
                <w:rFonts w:asciiTheme="majorBidi" w:hAnsiTheme="majorBidi" w:cstheme="majorBidi"/>
                <w:sz w:val="18"/>
                <w:szCs w:val="18"/>
              </w:rPr>
              <w:t xml:space="preserve">Brown, O., &amp; Smith, J. (2026). Optimization of Solar-Powered Water Pumping Systems Using Smart Energy Management Techniques. </w:t>
            </w:r>
            <w:r w:rsidR="0042153C">
              <w:rPr>
                <w:rFonts w:asciiTheme="majorBidi" w:hAnsiTheme="majorBidi" w:cstheme="majorBidi"/>
                <w:i/>
                <w:iCs/>
                <w:sz w:val="18"/>
                <w:szCs w:val="18"/>
              </w:rPr>
              <w:t xml:space="preserve">Aureviaj </w:t>
            </w:r>
            <w:r w:rsidRPr="00665F9C">
              <w:rPr>
                <w:rFonts w:asciiTheme="majorBidi" w:hAnsiTheme="majorBidi" w:cstheme="majorBidi"/>
                <w:i/>
                <w:iCs/>
                <w:sz w:val="18"/>
                <w:szCs w:val="18"/>
              </w:rPr>
              <w:t>Journal of Engineering and Technology. 1</w:t>
            </w:r>
            <w:r w:rsidRPr="00665F9C">
              <w:rPr>
                <w:rFonts w:asciiTheme="majorBidi" w:hAnsiTheme="majorBidi" w:cstheme="majorBidi"/>
                <w:sz w:val="18"/>
                <w:szCs w:val="18"/>
              </w:rPr>
              <w:t>(1), 1-14</w:t>
            </w:r>
            <w:r>
              <w:rPr>
                <w:rFonts w:asciiTheme="majorBidi" w:hAnsiTheme="majorBidi" w:cstheme="majorBidi"/>
                <w:sz w:val="18"/>
                <w:szCs w:val="18"/>
              </w:rPr>
              <w:t xml:space="preserve"> DOI: </w:t>
            </w:r>
            <w:r w:rsidRPr="00665F9C">
              <w:rPr>
                <w:rFonts w:asciiTheme="majorBidi" w:hAnsiTheme="majorBidi" w:cstheme="majorBidi"/>
                <w:sz w:val="18"/>
                <w:szCs w:val="18"/>
              </w:rPr>
              <w:t>https://doi.org/xxx.xxxxx</w:t>
            </w:r>
            <w:r>
              <w:rPr>
                <w:rFonts w:asciiTheme="majorBidi" w:hAnsiTheme="majorBidi" w:cstheme="majorBidi"/>
                <w:sz w:val="18"/>
                <w:szCs w:val="18"/>
              </w:rPr>
              <w:t xml:space="preserve"> </w:t>
            </w:r>
          </w:p>
        </w:tc>
        <w:tc>
          <w:tcPr>
            <w:tcW w:w="2433" w:type="dxa"/>
            <w:tcMar>
              <w:top w:w="40" w:type="dxa"/>
              <w:left w:w="140" w:type="dxa"/>
              <w:bottom w:w="40" w:type="dxa"/>
              <w:right w:w="40" w:type="dxa"/>
            </w:tcMar>
          </w:tcPr>
          <w:p w14:paraId="7EAE6C5A" w14:textId="77777777" w:rsidR="00665F9C" w:rsidRPr="00665F9C" w:rsidRDefault="00665F9C" w:rsidP="00665F9C">
            <w:pPr>
              <w:spacing w:after="240" w:line="240" w:lineRule="auto"/>
              <w:rPr>
                <w:rFonts w:asciiTheme="majorBidi" w:hAnsiTheme="majorBidi" w:cstheme="majorBidi"/>
                <w:sz w:val="2"/>
                <w:szCs w:val="4"/>
              </w:rPr>
            </w:pPr>
          </w:p>
        </w:tc>
      </w:tr>
      <w:tr w:rsidR="00665F9C" w:rsidRPr="00665F9C" w14:paraId="0983EE48" w14:textId="77777777" w:rsidTr="007B3D60">
        <w:trPr>
          <w:trHeight w:val="291"/>
        </w:trPr>
        <w:tc>
          <w:tcPr>
            <w:tcW w:w="1380" w:type="dxa"/>
            <w:tcBorders>
              <w:top w:val="single" w:sz="12" w:space="0" w:color="auto"/>
              <w:bottom w:val="single" w:sz="12" w:space="0" w:color="auto"/>
            </w:tcBorders>
            <w:shd w:val="clear" w:color="auto" w:fill="F4F4F5"/>
            <w:tcMar>
              <w:top w:w="140" w:type="dxa"/>
              <w:left w:w="180" w:type="dxa"/>
              <w:bottom w:w="140" w:type="dxa"/>
              <w:right w:w="180" w:type="dxa"/>
            </w:tcMar>
          </w:tcPr>
          <w:p w14:paraId="4E342CB0" w14:textId="12350724" w:rsidR="00665F9C" w:rsidRPr="00665F9C" w:rsidRDefault="00665F9C" w:rsidP="00665F9C">
            <w:pPr>
              <w:spacing w:before="40" w:after="0" w:line="240" w:lineRule="auto"/>
              <w:rPr>
                <w:rFonts w:asciiTheme="majorBidi" w:hAnsiTheme="majorBidi" w:cstheme="majorBidi"/>
                <w:b/>
                <w:color w:val="800020"/>
                <w:sz w:val="16"/>
                <w:szCs w:val="20"/>
              </w:rPr>
            </w:pPr>
            <w:r w:rsidRPr="00665F9C">
              <w:rPr>
                <w:rFonts w:asciiTheme="majorBidi" w:hAnsiTheme="majorBidi" w:cstheme="majorBidi"/>
                <w:noProof/>
                <w:sz w:val="16"/>
                <w:szCs w:val="20"/>
              </w:rPr>
              <w:drawing>
                <wp:inline distT="0" distB="0" distL="0" distR="0" wp14:anchorId="175FAF65" wp14:editId="1A29A101">
                  <wp:extent cx="715617" cy="252092"/>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6770" cy="256021"/>
                          </a:xfrm>
                          <a:prstGeom prst="rect">
                            <a:avLst/>
                          </a:prstGeom>
                          <a:noFill/>
                          <a:ln>
                            <a:noFill/>
                          </a:ln>
                        </pic:spPr>
                      </pic:pic>
                    </a:graphicData>
                  </a:graphic>
                </wp:inline>
              </w:drawing>
            </w:r>
          </w:p>
        </w:tc>
        <w:tc>
          <w:tcPr>
            <w:tcW w:w="5566" w:type="dxa"/>
            <w:tcBorders>
              <w:top w:val="single" w:sz="12" w:space="0" w:color="auto"/>
              <w:bottom w:val="single" w:sz="12" w:space="0" w:color="auto"/>
            </w:tcBorders>
            <w:shd w:val="clear" w:color="auto" w:fill="F4F4F5"/>
          </w:tcPr>
          <w:p w14:paraId="69F5E75B" w14:textId="28132818" w:rsidR="00665F9C" w:rsidRPr="00665F9C" w:rsidRDefault="00665F9C" w:rsidP="00665F9C">
            <w:pPr>
              <w:spacing w:after="0" w:line="240" w:lineRule="auto"/>
              <w:rPr>
                <w:rFonts w:asciiTheme="majorBidi" w:hAnsiTheme="majorBidi" w:cstheme="majorBidi"/>
                <w:bCs/>
                <w:color w:val="800020"/>
                <w:sz w:val="16"/>
                <w:szCs w:val="20"/>
              </w:rPr>
            </w:pPr>
            <w:r w:rsidRPr="00665F9C">
              <w:rPr>
                <w:rFonts w:asciiTheme="majorBidi" w:hAnsiTheme="majorBidi" w:cstheme="majorBidi"/>
                <w:bCs/>
                <w:color w:val="000000" w:themeColor="text1"/>
                <w:sz w:val="16"/>
                <w:szCs w:val="20"/>
              </w:rPr>
              <w:t>This work is licensed under a Creative Commons Attribution-NonCommercial 4.0 International License</w:t>
            </w:r>
          </w:p>
        </w:tc>
        <w:tc>
          <w:tcPr>
            <w:tcW w:w="2433" w:type="dxa"/>
            <w:tcMar>
              <w:top w:w="40" w:type="dxa"/>
              <w:left w:w="140" w:type="dxa"/>
              <w:bottom w:w="40" w:type="dxa"/>
              <w:right w:w="40" w:type="dxa"/>
            </w:tcMar>
          </w:tcPr>
          <w:p w14:paraId="42A33062" w14:textId="3C1E1AC6" w:rsidR="00665F9C" w:rsidRPr="00665F9C" w:rsidRDefault="00665F9C" w:rsidP="00665F9C">
            <w:pPr>
              <w:spacing w:after="0" w:line="240" w:lineRule="auto"/>
              <w:rPr>
                <w:rFonts w:asciiTheme="majorBidi" w:hAnsiTheme="majorBidi" w:cstheme="majorBidi"/>
                <w:b/>
                <w:color w:val="800020"/>
                <w:sz w:val="2"/>
                <w:szCs w:val="2"/>
              </w:rPr>
            </w:pPr>
          </w:p>
        </w:tc>
      </w:tr>
    </w:tbl>
    <w:p w14:paraId="721881AB" w14:textId="21A9D54F" w:rsidR="005C4AE0" w:rsidRPr="00785BCD" w:rsidRDefault="00B44A88" w:rsidP="00B44A88">
      <w:pPr>
        <w:spacing w:before="360" w:after="120"/>
        <w:jc w:val="center"/>
        <w:rPr>
          <w:rFonts w:asciiTheme="majorBidi" w:hAnsiTheme="majorBidi" w:cstheme="majorBidi"/>
          <w:color w:val="17365D" w:themeColor="text2" w:themeShade="BF"/>
          <w:sz w:val="22"/>
          <w:szCs w:val="24"/>
        </w:rPr>
      </w:pPr>
      <w:r w:rsidRPr="00785BCD">
        <w:rPr>
          <w:rFonts w:asciiTheme="majorBidi" w:hAnsiTheme="majorBidi" w:cstheme="majorBidi"/>
          <w:b/>
          <w:color w:val="17365D" w:themeColor="text2" w:themeShade="BF"/>
          <w:sz w:val="24"/>
          <w:szCs w:val="24"/>
        </w:rPr>
        <w:t>INTRODUCTION</w:t>
      </w:r>
    </w:p>
    <w:p w14:paraId="52063A15" w14:textId="6F26BCFB"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The introduction should represent roughly 15–20% of the manuscript's total length and must be composed in narrative prose rather than bulleted lists.</w:t>
      </w:r>
      <w:r w:rsidR="002C0D15">
        <w:rPr>
          <w:rFonts w:asciiTheme="majorBidi" w:hAnsiTheme="majorBidi" w:cstheme="majorBidi"/>
          <w:sz w:val="24"/>
          <w:szCs w:val="28"/>
        </w:rPr>
        <w:t xml:space="preserve"> </w:t>
      </w:r>
      <w:r w:rsidRPr="004D27C8">
        <w:rPr>
          <w:rFonts w:asciiTheme="majorBidi" w:hAnsiTheme="majorBidi" w:cstheme="majorBidi"/>
          <w:sz w:val="24"/>
          <w:szCs w:val="28"/>
        </w:rPr>
        <w:t>Synthesize the literature by grouping prior studies around common themes, methods, or approaches, rather than listing sources author-by-author. Use this background to outline existing methodological standards, highlight the strengths and limitations of past work, and frame how your research resolves these current constraints. Avoid overly granular literature summaries or previewing detailed results here.</w:t>
      </w:r>
    </w:p>
    <w:p w14:paraId="53EF1EE1"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Conclude the Introduction by explicitly establishing your study's novelty and scientific merit. Clearly state the research gaps, main objectives or research questions, and specific contributions to the field.</w:t>
      </w:r>
      <w:r w:rsidRPr="002C0D15">
        <w:rPr>
          <w:rFonts w:asciiTheme="majorBidi" w:hAnsiTheme="majorBidi" w:cstheme="majorBidi"/>
          <w:sz w:val="24"/>
          <w:szCs w:val="28"/>
        </w:rPr>
        <w:t xml:space="preserve"> Author could use the e</w:t>
      </w:r>
      <w:r w:rsidRPr="004D27C8">
        <w:rPr>
          <w:rFonts w:asciiTheme="majorBidi" w:hAnsiTheme="majorBidi" w:cstheme="majorBidi"/>
          <w:sz w:val="24"/>
          <w:szCs w:val="28"/>
        </w:rPr>
        <w:t>xample transition phrases to articulate research gaps:</w:t>
      </w:r>
    </w:p>
    <w:p w14:paraId="1780831E"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"While prior scholarship has largely concentrated on [Topic A], fewer studies have examined..."</w:t>
      </w:r>
    </w:p>
    <w:p w14:paraId="3832E686"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"Limited empirical work addresses..."</w:t>
      </w:r>
    </w:p>
    <w:p w14:paraId="13C2673E"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"To resolve this gap, this investigation seeks to..."</w:t>
      </w:r>
    </w:p>
    <w:p w14:paraId="23FF70B8" w14:textId="77777777" w:rsidR="004D27C8" w:rsidRPr="004D27C8" w:rsidRDefault="004D27C8" w:rsidP="004D27C8">
      <w:pPr>
        <w:numPr>
          <w:ilvl w:val="0"/>
          <w:numId w:val="13"/>
        </w:numPr>
        <w:spacing w:after="240"/>
        <w:jc w:val="both"/>
        <w:rPr>
          <w:rFonts w:asciiTheme="majorBidi" w:hAnsiTheme="majorBidi" w:cstheme="majorBidi"/>
          <w:sz w:val="24"/>
          <w:szCs w:val="28"/>
        </w:rPr>
      </w:pPr>
      <w:r w:rsidRPr="004D27C8">
        <w:rPr>
          <w:rFonts w:asciiTheme="majorBidi" w:hAnsiTheme="majorBidi" w:cstheme="majorBidi"/>
          <w:i/>
          <w:iCs/>
          <w:sz w:val="24"/>
          <w:szCs w:val="28"/>
        </w:rPr>
        <w:lastRenderedPageBreak/>
        <w:t>"The principal objective of this study is to..."</w:t>
      </w:r>
    </w:p>
    <w:p w14:paraId="4D4952CE" w14:textId="1994095B" w:rsidR="004D27C8" w:rsidRPr="004D27C8" w:rsidRDefault="004D27C8" w:rsidP="004D27C8">
      <w:pPr>
        <w:spacing w:after="240"/>
        <w:jc w:val="both"/>
        <w:rPr>
          <w:rFonts w:asciiTheme="majorBidi" w:hAnsiTheme="majorBidi" w:cstheme="majorBidi"/>
          <w:sz w:val="24"/>
          <w:szCs w:val="28"/>
        </w:rPr>
      </w:pPr>
      <w:r w:rsidRPr="004D27C8">
        <w:rPr>
          <w:rFonts w:asciiTheme="majorBidi" w:hAnsiTheme="majorBidi" w:cstheme="majorBidi"/>
          <w:sz w:val="24"/>
          <w:szCs w:val="28"/>
        </w:rPr>
        <w:t xml:space="preserve">Standard submissions follow an eleven-part structure: </w:t>
      </w:r>
      <w:r w:rsidRPr="004D27C8">
        <w:rPr>
          <w:rFonts w:asciiTheme="majorBidi" w:hAnsiTheme="majorBidi" w:cstheme="majorBidi"/>
          <w:b/>
          <w:bCs/>
          <w:sz w:val="24"/>
          <w:szCs w:val="28"/>
        </w:rPr>
        <w:t>(a)</w:t>
      </w:r>
      <w:r w:rsidRPr="004D27C8">
        <w:rPr>
          <w:rFonts w:asciiTheme="majorBidi" w:hAnsiTheme="majorBidi" w:cstheme="majorBidi"/>
          <w:sz w:val="24"/>
          <w:szCs w:val="28"/>
        </w:rPr>
        <w:t xml:space="preserve"> Title, </w:t>
      </w:r>
      <w:r w:rsidRPr="004D27C8">
        <w:rPr>
          <w:rFonts w:asciiTheme="majorBidi" w:hAnsiTheme="majorBidi" w:cstheme="majorBidi"/>
          <w:b/>
          <w:bCs/>
          <w:sz w:val="24"/>
          <w:szCs w:val="28"/>
        </w:rPr>
        <w:t>(b)</w:t>
      </w:r>
      <w:r w:rsidRPr="004D27C8">
        <w:rPr>
          <w:rFonts w:asciiTheme="majorBidi" w:hAnsiTheme="majorBidi" w:cstheme="majorBidi"/>
          <w:sz w:val="24"/>
          <w:szCs w:val="28"/>
        </w:rPr>
        <w:t xml:space="preserve"> Author details, affiliations, and corresponding author email, </w:t>
      </w:r>
      <w:r w:rsidRPr="004D27C8">
        <w:rPr>
          <w:rFonts w:asciiTheme="majorBidi" w:hAnsiTheme="majorBidi" w:cstheme="majorBidi"/>
          <w:b/>
          <w:bCs/>
          <w:sz w:val="24"/>
          <w:szCs w:val="28"/>
        </w:rPr>
        <w:t>(c)</w:t>
      </w:r>
      <w:r w:rsidRPr="004D27C8">
        <w:rPr>
          <w:rFonts w:asciiTheme="majorBidi" w:hAnsiTheme="majorBidi" w:cstheme="majorBidi"/>
          <w:sz w:val="24"/>
          <w:szCs w:val="28"/>
        </w:rPr>
        <w:t xml:space="preserve"> Abstract, </w:t>
      </w:r>
      <w:r w:rsidRPr="004D27C8">
        <w:rPr>
          <w:rFonts w:asciiTheme="majorBidi" w:hAnsiTheme="majorBidi" w:cstheme="majorBidi"/>
          <w:b/>
          <w:bCs/>
          <w:sz w:val="24"/>
          <w:szCs w:val="28"/>
        </w:rPr>
        <w:t>(d)</w:t>
      </w:r>
      <w:r w:rsidRPr="004D27C8">
        <w:rPr>
          <w:rFonts w:asciiTheme="majorBidi" w:hAnsiTheme="majorBidi" w:cstheme="majorBidi"/>
          <w:sz w:val="24"/>
          <w:szCs w:val="28"/>
        </w:rPr>
        <w:t xml:space="preserve"> Keywords, </w:t>
      </w:r>
      <w:r w:rsidRPr="004D27C8">
        <w:rPr>
          <w:rFonts w:asciiTheme="majorBidi" w:hAnsiTheme="majorBidi" w:cstheme="majorBidi"/>
          <w:b/>
          <w:bCs/>
          <w:sz w:val="24"/>
          <w:szCs w:val="28"/>
        </w:rPr>
        <w:t>(e)</w:t>
      </w:r>
      <w:r w:rsidRPr="004D27C8">
        <w:rPr>
          <w:rFonts w:asciiTheme="majorBidi" w:hAnsiTheme="majorBidi" w:cstheme="majorBidi"/>
          <w:sz w:val="24"/>
          <w:szCs w:val="28"/>
        </w:rPr>
        <w:t xml:space="preserve"> Introduction, </w:t>
      </w:r>
      <w:r w:rsidRPr="004D27C8">
        <w:rPr>
          <w:rFonts w:asciiTheme="majorBidi" w:hAnsiTheme="majorBidi" w:cstheme="majorBidi"/>
          <w:b/>
          <w:bCs/>
          <w:sz w:val="24"/>
          <w:szCs w:val="28"/>
        </w:rPr>
        <w:t>(f)</w:t>
      </w:r>
      <w:r w:rsidRPr="004D27C8">
        <w:rPr>
          <w:rFonts w:asciiTheme="majorBidi" w:hAnsiTheme="majorBidi" w:cstheme="majorBidi"/>
          <w:sz w:val="24"/>
          <w:szCs w:val="28"/>
        </w:rPr>
        <w:t xml:space="preserve"> Method, </w:t>
      </w:r>
      <w:r w:rsidRPr="004D27C8">
        <w:rPr>
          <w:rFonts w:asciiTheme="majorBidi" w:hAnsiTheme="majorBidi" w:cstheme="majorBidi"/>
          <w:b/>
          <w:bCs/>
          <w:sz w:val="24"/>
          <w:szCs w:val="28"/>
        </w:rPr>
        <w:t>(g)</w:t>
      </w:r>
      <w:r w:rsidRPr="004D27C8">
        <w:rPr>
          <w:rFonts w:asciiTheme="majorBidi" w:hAnsiTheme="majorBidi" w:cstheme="majorBidi"/>
          <w:sz w:val="24"/>
          <w:szCs w:val="28"/>
        </w:rPr>
        <w:t xml:space="preserve"> Findings &amp; Discussion, </w:t>
      </w:r>
      <w:r w:rsidRPr="004D27C8">
        <w:rPr>
          <w:rFonts w:asciiTheme="majorBidi" w:hAnsiTheme="majorBidi" w:cstheme="majorBidi"/>
          <w:b/>
          <w:bCs/>
          <w:sz w:val="24"/>
          <w:szCs w:val="28"/>
        </w:rPr>
        <w:t>(h)</w:t>
      </w:r>
      <w:r w:rsidRPr="004D27C8">
        <w:rPr>
          <w:rFonts w:asciiTheme="majorBidi" w:hAnsiTheme="majorBidi" w:cstheme="majorBidi"/>
          <w:sz w:val="24"/>
          <w:szCs w:val="28"/>
        </w:rPr>
        <w:t xml:space="preserve"> Conclusion, </w:t>
      </w:r>
      <w:r w:rsidRPr="004D27C8">
        <w:rPr>
          <w:rFonts w:asciiTheme="majorBidi" w:hAnsiTheme="majorBidi" w:cstheme="majorBidi"/>
          <w:b/>
          <w:bCs/>
          <w:sz w:val="24"/>
          <w:szCs w:val="28"/>
        </w:rPr>
        <w:t>(</w:t>
      </w:r>
      <w:proofErr w:type="spellStart"/>
      <w:r w:rsidRPr="004D27C8">
        <w:rPr>
          <w:rFonts w:asciiTheme="majorBidi" w:hAnsiTheme="majorBidi" w:cstheme="majorBidi"/>
          <w:b/>
          <w:bCs/>
          <w:sz w:val="24"/>
          <w:szCs w:val="28"/>
        </w:rPr>
        <w:t>i</w:t>
      </w:r>
      <w:proofErr w:type="spellEnd"/>
      <w:r w:rsidRPr="004D27C8">
        <w:rPr>
          <w:rFonts w:asciiTheme="majorBidi" w:hAnsiTheme="majorBidi" w:cstheme="majorBidi"/>
          <w:b/>
          <w:bCs/>
          <w:sz w:val="24"/>
          <w:szCs w:val="28"/>
        </w:rPr>
        <w:t>)</w:t>
      </w:r>
      <w:r w:rsidRPr="004D27C8">
        <w:rPr>
          <w:rFonts w:asciiTheme="majorBidi" w:hAnsiTheme="majorBidi" w:cstheme="majorBidi"/>
          <w:sz w:val="24"/>
          <w:szCs w:val="28"/>
        </w:rPr>
        <w:t xml:space="preserve"> Acknowledgements, </w:t>
      </w:r>
      <w:r w:rsidRPr="004D27C8">
        <w:rPr>
          <w:rFonts w:asciiTheme="majorBidi" w:hAnsiTheme="majorBidi" w:cstheme="majorBidi"/>
          <w:b/>
          <w:bCs/>
          <w:sz w:val="24"/>
          <w:szCs w:val="28"/>
        </w:rPr>
        <w:t>(j)</w:t>
      </w:r>
      <w:r w:rsidRPr="004D27C8">
        <w:rPr>
          <w:rFonts w:asciiTheme="majorBidi" w:hAnsiTheme="majorBidi" w:cstheme="majorBidi"/>
          <w:sz w:val="24"/>
          <w:szCs w:val="28"/>
        </w:rPr>
        <w:t xml:space="preserve"> References, and </w:t>
      </w:r>
      <w:r w:rsidRPr="004D27C8">
        <w:rPr>
          <w:rFonts w:asciiTheme="majorBidi" w:hAnsiTheme="majorBidi" w:cstheme="majorBidi"/>
          <w:b/>
          <w:bCs/>
          <w:sz w:val="24"/>
          <w:szCs w:val="28"/>
        </w:rPr>
        <w:t>(k)</w:t>
      </w:r>
      <w:r w:rsidRPr="004D27C8">
        <w:rPr>
          <w:rFonts w:asciiTheme="majorBidi" w:hAnsiTheme="majorBidi" w:cstheme="majorBidi"/>
          <w:sz w:val="24"/>
          <w:szCs w:val="28"/>
        </w:rPr>
        <w:t xml:space="preserve"> Appendices (where applicable). Manuscripts must thoroughly outline the study’s background, original research efforts, methodological framework, core outcomes, and broader significance.</w:t>
      </w:r>
    </w:p>
    <w:p w14:paraId="10FA8EE4" w14:textId="477358E5" w:rsidR="004D27C8" w:rsidRPr="004D27C8" w:rsidRDefault="004D27C8" w:rsidP="002C0D15">
      <w:pPr>
        <w:spacing w:after="120"/>
        <w:jc w:val="both"/>
        <w:rPr>
          <w:rFonts w:asciiTheme="majorBidi" w:hAnsiTheme="majorBidi" w:cstheme="majorBidi"/>
          <w:sz w:val="24"/>
          <w:szCs w:val="28"/>
        </w:rPr>
      </w:pPr>
      <w:r w:rsidRPr="002C0D15">
        <w:rPr>
          <w:rFonts w:asciiTheme="majorBidi" w:hAnsiTheme="majorBidi" w:cstheme="majorBidi"/>
          <w:sz w:val="24"/>
          <w:szCs w:val="28"/>
        </w:rPr>
        <w:t>Author should also consider the following formatting and submission guidelines:</w:t>
      </w:r>
    </w:p>
    <w:p w14:paraId="77488370" w14:textId="6DC3B4D1" w:rsidR="004D27C8" w:rsidRPr="004D27C8" w:rsidRDefault="004D27C8" w:rsidP="00A63FDD">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File Format: Microsoft Word (.doc, .docx)</w:t>
      </w:r>
      <w:r w:rsidR="00A63FDD">
        <w:rPr>
          <w:rFonts w:asciiTheme="majorBidi" w:hAnsiTheme="majorBidi" w:cstheme="majorBidi"/>
          <w:sz w:val="24"/>
          <w:szCs w:val="28"/>
        </w:rPr>
        <w:t>.</w:t>
      </w:r>
      <w:r w:rsidRPr="004D27C8">
        <w:rPr>
          <w:rFonts w:asciiTheme="majorBidi" w:hAnsiTheme="majorBidi" w:cstheme="majorBidi"/>
          <w:sz w:val="24"/>
          <w:szCs w:val="28"/>
        </w:rPr>
        <w:t xml:space="preserve"> </w:t>
      </w:r>
    </w:p>
    <w:p w14:paraId="33E74BE3" w14:textId="77777777"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Page Layout: A4 paper with uniform 2.5 cm margins on all sides.</w:t>
      </w:r>
    </w:p>
    <w:p w14:paraId="4B570208" w14:textId="2D8305DB"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 xml:space="preserve">Typography: 12-pt </w:t>
      </w:r>
      <w:r w:rsidR="00B270FA">
        <w:rPr>
          <w:rFonts w:asciiTheme="majorBidi" w:hAnsiTheme="majorBidi" w:cstheme="majorBidi"/>
          <w:sz w:val="24"/>
          <w:szCs w:val="28"/>
        </w:rPr>
        <w:t>Times New Roman</w:t>
      </w:r>
      <w:r w:rsidRPr="004D27C8">
        <w:rPr>
          <w:rFonts w:asciiTheme="majorBidi" w:hAnsiTheme="majorBidi" w:cstheme="majorBidi"/>
          <w:sz w:val="24"/>
          <w:szCs w:val="28"/>
        </w:rPr>
        <w:t xml:space="preserve"> font, strictly single-spaced throughout.</w:t>
      </w:r>
    </w:p>
    <w:p w14:paraId="63F5BA15" w14:textId="77777777"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Word Count: 5,000 to 7,000 words (excluding the Abstract, References, and Appendices).</w:t>
      </w:r>
    </w:p>
    <w:p w14:paraId="64F094EA" w14:textId="77777777" w:rsidR="004D27C8" w:rsidRPr="004D27C8" w:rsidRDefault="004D27C8" w:rsidP="004D27C8">
      <w:pPr>
        <w:numPr>
          <w:ilvl w:val="0"/>
          <w:numId w:val="12"/>
        </w:numPr>
        <w:spacing w:after="240"/>
        <w:jc w:val="both"/>
        <w:rPr>
          <w:rFonts w:asciiTheme="majorBidi" w:hAnsiTheme="majorBidi" w:cstheme="majorBidi"/>
          <w:sz w:val="24"/>
          <w:szCs w:val="28"/>
        </w:rPr>
      </w:pPr>
      <w:r w:rsidRPr="004D27C8">
        <w:rPr>
          <w:rFonts w:asciiTheme="majorBidi" w:hAnsiTheme="majorBidi" w:cstheme="majorBidi"/>
          <w:sz w:val="24"/>
          <w:szCs w:val="28"/>
        </w:rPr>
        <w:t>Citations &amp; Software: Reference management tools such as Zotero or Mendeley are strongly encouraged. Format all in-text citations and reference lists in accordance with APA 7th Edition guidelines. Proofread meticulously using tools like Grammarly to ensure flawless spelling and grammar prior to submission.</w:t>
      </w:r>
    </w:p>
    <w:p w14:paraId="48390B5C" w14:textId="4717171B" w:rsidR="00B44A88" w:rsidRPr="00785BCD" w:rsidRDefault="00B44A88" w:rsidP="00B44A88">
      <w:pPr>
        <w:spacing w:before="360" w:after="120"/>
        <w:jc w:val="center"/>
        <w:rPr>
          <w:rFonts w:asciiTheme="majorBidi" w:hAnsiTheme="majorBidi" w:cstheme="majorBidi"/>
          <w:color w:val="17365D" w:themeColor="text2" w:themeShade="BF"/>
          <w:sz w:val="22"/>
          <w:szCs w:val="24"/>
        </w:rPr>
      </w:pPr>
      <w:r w:rsidRPr="00785BCD">
        <w:rPr>
          <w:rFonts w:asciiTheme="majorBidi" w:hAnsiTheme="majorBidi" w:cstheme="majorBidi"/>
          <w:b/>
          <w:color w:val="17365D" w:themeColor="text2" w:themeShade="BF"/>
          <w:sz w:val="24"/>
          <w:szCs w:val="24"/>
        </w:rPr>
        <w:t>RESEARCH METHODOLOGY</w:t>
      </w:r>
    </w:p>
    <w:p w14:paraId="7D501A0A" w14:textId="77777777" w:rsidR="004D27C8" w:rsidRPr="004D27C8"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section outlines the operational framework of your study, detailing four primary components: the overall research design, the study setting/participants (or data source), data collection procedures, and data analysis techniques.</w:t>
      </w:r>
    </w:p>
    <w:p w14:paraId="0503F1FD" w14:textId="77777777" w:rsidR="004D27C8" w:rsidRPr="004D27C8"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For standard or previously published methods, cite the original source and describe only your novel adaptations; avoid repeating step-by-step details of established protocols. This section may be formatted either as a continuous narrative or organized into clear sub-headings.</w:t>
      </w:r>
    </w:p>
    <w:p w14:paraId="78FE2AFD" w14:textId="62C1E487" w:rsidR="00B44A88" w:rsidRPr="002C0D15"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should account for 10–15% of the total article word count and must be written exclusively in narrative paragraphs. Maintain single line spacing throughout; double spacing is strictly prohibited across the entire manuscript</w:t>
      </w:r>
      <w:r w:rsidR="00B44A88" w:rsidRPr="002C0D15">
        <w:rPr>
          <w:rFonts w:asciiTheme="majorBidi" w:eastAsia="Corbel" w:hAnsiTheme="majorBidi" w:cstheme="majorBidi"/>
          <w:sz w:val="24"/>
          <w:szCs w:val="24"/>
        </w:rPr>
        <w:t>.</w:t>
      </w:r>
    </w:p>
    <w:p w14:paraId="174E16CD" w14:textId="13644C75" w:rsidR="00B44A88" w:rsidRPr="00785BCD" w:rsidRDefault="00B44A88" w:rsidP="00B44A88">
      <w:pPr>
        <w:spacing w:before="360" w:after="120"/>
        <w:jc w:val="center"/>
        <w:rPr>
          <w:rFonts w:asciiTheme="majorBidi" w:hAnsiTheme="majorBidi" w:cstheme="majorBidi"/>
          <w:color w:val="17365D" w:themeColor="text2" w:themeShade="BF"/>
          <w:sz w:val="22"/>
          <w:szCs w:val="24"/>
        </w:rPr>
      </w:pPr>
      <w:r w:rsidRPr="00785BCD">
        <w:rPr>
          <w:rFonts w:asciiTheme="majorBidi" w:hAnsiTheme="majorBidi" w:cstheme="majorBidi"/>
          <w:b/>
          <w:color w:val="17365D" w:themeColor="text2" w:themeShade="BF"/>
          <w:sz w:val="24"/>
          <w:szCs w:val="24"/>
        </w:rPr>
        <w:t>RESULTS</w:t>
      </w:r>
    </w:p>
    <w:p w14:paraId="46B2EE7C"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Present your empirical findings objectively, strictly sticking to factual reporting without adding speculative commentary or subjective interpretation. Support narrative results with corresponding numeric data, tables, and figures, numbering each visual element sequentially (e.g., Table 1, Figure 1, Table 2).</w:t>
      </w:r>
    </w:p>
    <w:p w14:paraId="5973F2AC"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Every table and figure must be accompanied by detailed narrative text explaining its contents. Do not simply insert visuals without direct reference and elaboration in the body text.</w:t>
      </w:r>
    </w:p>
    <w:p w14:paraId="6E920C25" w14:textId="4F9F6A46" w:rsidR="00A63FDD" w:rsidRDefault="00A63FDD" w:rsidP="004D27C8">
      <w:pPr>
        <w:spacing w:after="240"/>
        <w:jc w:val="both"/>
        <w:rPr>
          <w:rFonts w:asciiTheme="majorBidi" w:hAnsiTheme="majorBidi" w:cstheme="majorBidi"/>
          <w:b/>
          <w:bCs/>
          <w:sz w:val="24"/>
          <w:szCs w:val="28"/>
        </w:rPr>
      </w:pPr>
    </w:p>
    <w:p w14:paraId="31BCE974" w14:textId="77777777" w:rsidR="00B118EC" w:rsidRDefault="00B118EC" w:rsidP="004D27C8">
      <w:pPr>
        <w:spacing w:after="240"/>
        <w:jc w:val="both"/>
        <w:rPr>
          <w:rFonts w:asciiTheme="majorBidi" w:hAnsiTheme="majorBidi" w:cstheme="majorBidi"/>
          <w:b/>
          <w:bCs/>
          <w:sz w:val="24"/>
          <w:szCs w:val="28"/>
        </w:rPr>
      </w:pPr>
    </w:p>
    <w:p w14:paraId="50319257" w14:textId="73E8DF8C" w:rsidR="004D27C8" w:rsidRPr="004D27C8" w:rsidRDefault="004D27C8" w:rsidP="004D27C8">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Visual Presentation Standards</w:t>
      </w:r>
    </w:p>
    <w:p w14:paraId="18C7F5FD" w14:textId="5A26D662" w:rsidR="004D27C8" w:rsidRPr="004D27C8" w:rsidRDefault="004D27C8" w:rsidP="004D27C8">
      <w:pPr>
        <w:numPr>
          <w:ilvl w:val="0"/>
          <w:numId w:val="14"/>
        </w:numPr>
        <w:spacing w:after="240"/>
        <w:jc w:val="both"/>
        <w:rPr>
          <w:rFonts w:asciiTheme="majorBidi" w:hAnsiTheme="majorBidi" w:cstheme="majorBidi"/>
          <w:sz w:val="24"/>
          <w:szCs w:val="28"/>
        </w:rPr>
      </w:pPr>
      <w:r w:rsidRPr="004D27C8">
        <w:rPr>
          <w:rFonts w:asciiTheme="majorBidi" w:hAnsiTheme="majorBidi" w:cstheme="majorBidi"/>
          <w:b/>
          <w:bCs/>
          <w:sz w:val="24"/>
          <w:szCs w:val="28"/>
        </w:rPr>
        <w:t>Typography:</w:t>
      </w:r>
      <w:r w:rsidRPr="004D27C8">
        <w:rPr>
          <w:rFonts w:asciiTheme="majorBidi" w:hAnsiTheme="majorBidi" w:cstheme="majorBidi"/>
          <w:sz w:val="24"/>
          <w:szCs w:val="28"/>
        </w:rPr>
        <w:t xml:space="preserve"> Use 10-pt </w:t>
      </w:r>
      <w:r w:rsidR="00B270FA">
        <w:rPr>
          <w:rFonts w:asciiTheme="majorBidi" w:hAnsiTheme="majorBidi" w:cstheme="majorBidi"/>
          <w:sz w:val="24"/>
          <w:szCs w:val="28"/>
        </w:rPr>
        <w:t>Times New Roman</w:t>
      </w:r>
      <w:r w:rsidRPr="004D27C8">
        <w:rPr>
          <w:rFonts w:asciiTheme="majorBidi" w:hAnsiTheme="majorBidi" w:cstheme="majorBidi"/>
          <w:sz w:val="24"/>
          <w:szCs w:val="28"/>
        </w:rPr>
        <w:t xml:space="preserve"> font for all table titles, table contents, and figure captions.</w:t>
      </w:r>
    </w:p>
    <w:p w14:paraId="4A34B158" w14:textId="77777777" w:rsidR="004D27C8" w:rsidRPr="004D27C8" w:rsidRDefault="004D27C8" w:rsidP="004D27C8">
      <w:pPr>
        <w:numPr>
          <w:ilvl w:val="0"/>
          <w:numId w:val="14"/>
        </w:numPr>
        <w:spacing w:after="240"/>
        <w:jc w:val="both"/>
        <w:rPr>
          <w:rFonts w:asciiTheme="majorBidi" w:hAnsiTheme="majorBidi" w:cstheme="majorBidi"/>
          <w:sz w:val="24"/>
          <w:szCs w:val="28"/>
        </w:rPr>
      </w:pPr>
      <w:r w:rsidRPr="004D27C8">
        <w:rPr>
          <w:rFonts w:asciiTheme="majorBidi" w:hAnsiTheme="majorBidi" w:cstheme="majorBidi"/>
          <w:b/>
          <w:bCs/>
          <w:sz w:val="24"/>
          <w:szCs w:val="28"/>
        </w:rPr>
        <w:t>Alignment &amp; Placement:</w:t>
      </w:r>
    </w:p>
    <w:p w14:paraId="62844CEA" w14:textId="2D76F79B" w:rsidR="004D27C8" w:rsidRPr="004D27C8" w:rsidRDefault="004D27C8" w:rsidP="00634277">
      <w:pPr>
        <w:numPr>
          <w:ilvl w:val="1"/>
          <w:numId w:val="14"/>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Table Titles: Positioned above the table, centered, in 10-pt </w:t>
      </w:r>
      <w:r w:rsidR="00B270FA">
        <w:rPr>
          <w:rFonts w:asciiTheme="majorBidi" w:hAnsiTheme="majorBidi" w:cstheme="majorBidi"/>
          <w:sz w:val="24"/>
          <w:szCs w:val="28"/>
        </w:rPr>
        <w:t>Times New Roman</w:t>
      </w:r>
      <w:r w:rsidRPr="004D27C8">
        <w:rPr>
          <w:rFonts w:asciiTheme="majorBidi" w:hAnsiTheme="majorBidi" w:cstheme="majorBidi"/>
          <w:sz w:val="24"/>
          <w:szCs w:val="28"/>
        </w:rPr>
        <w:t>.</w:t>
      </w:r>
    </w:p>
    <w:p w14:paraId="0887A5F2" w14:textId="202B2A86" w:rsidR="004D27C8" w:rsidRPr="004D27C8" w:rsidRDefault="004D27C8" w:rsidP="00634277">
      <w:pPr>
        <w:numPr>
          <w:ilvl w:val="1"/>
          <w:numId w:val="14"/>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Figure Captions: Positioned below the figure, centered, in 10-pt </w:t>
      </w:r>
      <w:r w:rsidR="00B270FA">
        <w:rPr>
          <w:rFonts w:asciiTheme="majorBidi" w:hAnsiTheme="majorBidi" w:cstheme="majorBidi"/>
          <w:sz w:val="24"/>
          <w:szCs w:val="28"/>
        </w:rPr>
        <w:t>Times New Roman</w:t>
      </w:r>
      <w:r w:rsidRPr="004D27C8">
        <w:rPr>
          <w:rFonts w:asciiTheme="majorBidi" w:hAnsiTheme="majorBidi" w:cstheme="majorBidi"/>
          <w:sz w:val="24"/>
          <w:szCs w:val="28"/>
        </w:rPr>
        <w:t>.</w:t>
      </w:r>
    </w:p>
    <w:p w14:paraId="1018361B" w14:textId="1619E45D" w:rsidR="00B44A88" w:rsidRPr="00B44A88" w:rsidRDefault="004D27C8" w:rsidP="00B44A8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Table Formatting Example</w:t>
      </w:r>
    </w:p>
    <w:p w14:paraId="0BE072B8"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b/>
          <w:bCs/>
        </w:rPr>
        <w:t>Table 1.</w:t>
      </w:r>
      <w:r w:rsidRPr="00B44A88">
        <w:rPr>
          <w:rFonts w:asciiTheme="majorBidi" w:hAnsiTheme="majorBidi" w:cstheme="majorBidi"/>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B44A88" w:rsidRPr="00B44A88" w14:paraId="255971D5" w14:textId="77777777" w:rsidTr="00276EBE">
        <w:trPr>
          <w:trHeight w:val="397"/>
        </w:trPr>
        <w:tc>
          <w:tcPr>
            <w:tcW w:w="2858" w:type="dxa"/>
            <w:tcBorders>
              <w:top w:val="single" w:sz="4" w:space="0" w:color="000000"/>
              <w:left w:val="nil"/>
              <w:bottom w:val="single" w:sz="4" w:space="0" w:color="000000"/>
              <w:right w:val="nil"/>
            </w:tcBorders>
            <w:vAlign w:val="center"/>
          </w:tcPr>
          <w:p w14:paraId="3C9DA634"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An example of a heading</w:t>
            </w:r>
          </w:p>
        </w:tc>
        <w:tc>
          <w:tcPr>
            <w:tcW w:w="1967" w:type="dxa"/>
            <w:tcBorders>
              <w:top w:val="single" w:sz="4" w:space="0" w:color="000000"/>
              <w:left w:val="nil"/>
              <w:bottom w:val="single" w:sz="4" w:space="0" w:color="000000"/>
              <w:right w:val="nil"/>
            </w:tcBorders>
            <w:vAlign w:val="center"/>
          </w:tcPr>
          <w:p w14:paraId="06FDFCEC"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Column A</w:t>
            </w:r>
          </w:p>
        </w:tc>
        <w:tc>
          <w:tcPr>
            <w:tcW w:w="1773" w:type="dxa"/>
            <w:tcBorders>
              <w:top w:val="single" w:sz="4" w:space="0" w:color="000000"/>
              <w:left w:val="nil"/>
              <w:bottom w:val="single" w:sz="4" w:space="0" w:color="000000"/>
              <w:right w:val="nil"/>
            </w:tcBorders>
            <w:vAlign w:val="center"/>
          </w:tcPr>
          <w:p w14:paraId="58DCB004"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Column B</w:t>
            </w:r>
          </w:p>
        </w:tc>
      </w:tr>
      <w:tr w:rsidR="00B44A88" w:rsidRPr="00B44A88" w14:paraId="3207A163" w14:textId="77777777" w:rsidTr="00276EBE">
        <w:tc>
          <w:tcPr>
            <w:tcW w:w="2858" w:type="dxa"/>
            <w:tcBorders>
              <w:top w:val="single" w:sz="4" w:space="0" w:color="000000"/>
              <w:left w:val="nil"/>
              <w:bottom w:val="nil"/>
              <w:right w:val="nil"/>
            </w:tcBorders>
          </w:tcPr>
          <w:p w14:paraId="7370ACD3"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Borders>
              <w:top w:val="single" w:sz="4" w:space="0" w:color="000000"/>
              <w:left w:val="nil"/>
              <w:bottom w:val="nil"/>
              <w:right w:val="nil"/>
            </w:tcBorders>
          </w:tcPr>
          <w:p w14:paraId="44A3208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1</w:t>
            </w:r>
          </w:p>
        </w:tc>
        <w:tc>
          <w:tcPr>
            <w:tcW w:w="1773" w:type="dxa"/>
            <w:tcBorders>
              <w:top w:val="single" w:sz="4" w:space="0" w:color="000000"/>
              <w:left w:val="nil"/>
              <w:bottom w:val="nil"/>
              <w:right w:val="nil"/>
            </w:tcBorders>
          </w:tcPr>
          <w:p w14:paraId="41248B7A"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1</w:t>
            </w:r>
          </w:p>
        </w:tc>
      </w:tr>
      <w:tr w:rsidR="00B44A88" w:rsidRPr="00B44A88" w14:paraId="2FE8E647" w14:textId="77777777" w:rsidTr="00276EBE">
        <w:tc>
          <w:tcPr>
            <w:tcW w:w="2858" w:type="dxa"/>
          </w:tcPr>
          <w:p w14:paraId="69C7132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Pr>
          <w:p w14:paraId="153798B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2</w:t>
            </w:r>
          </w:p>
        </w:tc>
        <w:tc>
          <w:tcPr>
            <w:tcW w:w="1773" w:type="dxa"/>
          </w:tcPr>
          <w:p w14:paraId="10EB5A03"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2</w:t>
            </w:r>
          </w:p>
        </w:tc>
      </w:tr>
      <w:tr w:rsidR="00B44A88" w:rsidRPr="00B44A88" w14:paraId="1C29689B" w14:textId="77777777" w:rsidTr="00276EBE">
        <w:tc>
          <w:tcPr>
            <w:tcW w:w="2858" w:type="dxa"/>
            <w:tcBorders>
              <w:top w:val="nil"/>
              <w:left w:val="nil"/>
              <w:bottom w:val="single" w:sz="4" w:space="0" w:color="000000"/>
              <w:right w:val="nil"/>
            </w:tcBorders>
          </w:tcPr>
          <w:p w14:paraId="14D70CAF"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Borders>
              <w:top w:val="nil"/>
              <w:left w:val="nil"/>
              <w:bottom w:val="single" w:sz="4" w:space="0" w:color="000000"/>
              <w:right w:val="nil"/>
            </w:tcBorders>
          </w:tcPr>
          <w:p w14:paraId="190E55B7"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3</w:t>
            </w:r>
          </w:p>
        </w:tc>
        <w:tc>
          <w:tcPr>
            <w:tcW w:w="1773" w:type="dxa"/>
            <w:tcBorders>
              <w:top w:val="nil"/>
              <w:left w:val="nil"/>
              <w:bottom w:val="single" w:sz="4" w:space="0" w:color="000000"/>
              <w:right w:val="nil"/>
            </w:tcBorders>
          </w:tcPr>
          <w:p w14:paraId="55FB138A"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3</w:t>
            </w:r>
          </w:p>
        </w:tc>
      </w:tr>
    </w:tbl>
    <w:p w14:paraId="7B9EC31E" w14:textId="77777777" w:rsidR="00B44A88" w:rsidRPr="00B44A88" w:rsidRDefault="00B44A88" w:rsidP="002C0D15">
      <w:pPr>
        <w:spacing w:after="120"/>
        <w:jc w:val="both"/>
        <w:rPr>
          <w:rFonts w:asciiTheme="majorBidi" w:hAnsiTheme="majorBidi" w:cstheme="majorBidi"/>
          <w:sz w:val="24"/>
          <w:szCs w:val="28"/>
        </w:rPr>
      </w:pPr>
    </w:p>
    <w:p w14:paraId="590F92E2" w14:textId="77777777" w:rsidR="004D27C8" w:rsidRPr="002C0D15" w:rsidRDefault="004D27C8" w:rsidP="004D27C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Figure Formatting Example</w:t>
      </w:r>
    </w:p>
    <w:p w14:paraId="14B05AAD" w14:textId="4D3D67EA"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 xml:space="preserve">Place titles of Tables preceding them and of Figures after the figures using </w:t>
      </w:r>
      <w:r w:rsidR="00B270FA">
        <w:rPr>
          <w:rFonts w:asciiTheme="majorBidi" w:hAnsiTheme="majorBidi" w:cstheme="majorBidi"/>
          <w:sz w:val="24"/>
          <w:szCs w:val="28"/>
        </w:rPr>
        <w:t>Times New Roman</w:t>
      </w:r>
      <w:r w:rsidRPr="00B44A88">
        <w:rPr>
          <w:rFonts w:asciiTheme="majorBidi" w:hAnsiTheme="majorBidi" w:cstheme="majorBidi"/>
          <w:sz w:val="24"/>
          <w:szCs w:val="28"/>
        </w:rPr>
        <w:t xml:space="preserve"> font size 10, centered.</w:t>
      </w:r>
    </w:p>
    <w:p w14:paraId="4C934D3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noProof/>
          <w:sz w:val="24"/>
          <w:szCs w:val="28"/>
        </w:rPr>
        <mc:AlternateContent>
          <mc:Choice Requires="wps">
            <w:drawing>
              <wp:anchor distT="0" distB="0" distL="114300" distR="114300" simplePos="0" relativeHeight="251659264" behindDoc="0" locked="0" layoutInCell="1" allowOverlap="1" wp14:anchorId="48A9F6BE" wp14:editId="3B6BBC67">
                <wp:simplePos x="0" y="0"/>
                <wp:positionH relativeFrom="margin">
                  <wp:align>center</wp:align>
                </wp:positionH>
                <wp:positionV relativeFrom="paragraph">
                  <wp:posOffset>12700</wp:posOffset>
                </wp:positionV>
                <wp:extent cx="2724150" cy="19716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71675"/>
                        </a:xfrm>
                        <a:prstGeom prst="rect">
                          <a:avLst/>
                        </a:prstGeom>
                        <a:solidFill>
                          <a:srgbClr val="FFFFFF"/>
                        </a:solidFill>
                        <a:ln w="9525">
                          <a:solidFill>
                            <a:srgbClr val="000000"/>
                          </a:solidFill>
                          <a:miter lim="800000"/>
                          <a:headEnd/>
                          <a:tailEnd/>
                        </a:ln>
                      </wps:spPr>
                      <wps:txbx>
                        <w:txbxContent>
                          <w:p w14:paraId="5B531BB2" w14:textId="77777777" w:rsidR="00B44A88" w:rsidRDefault="00B44A88" w:rsidP="00B44A88">
                            <w:pPr>
                              <w:jc w:val="center"/>
                            </w:pPr>
                            <w:r w:rsidRPr="00924D9A">
                              <w:rPr>
                                <w:noProof/>
                              </w:rPr>
                              <w:drawing>
                                <wp:inline distT="0" distB="0" distL="0" distR="0" wp14:anchorId="0E5D7BB2" wp14:editId="2C4EE67D">
                                  <wp:extent cx="2846757" cy="178811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tretch>
                                            <a:fillRect/>
                                          </a:stretch>
                                        </pic:blipFill>
                                        <pic:spPr bwMode="auto">
                                          <a:xfrm>
                                            <a:off x="0" y="0"/>
                                            <a:ext cx="2846757" cy="178811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9F6BE" id="_x0000_t202" coordsize="21600,21600" o:spt="202" path="m,l,21600r21600,l21600,xe">
                <v:stroke joinstyle="miter"/>
                <v:path gradientshapeok="t" o:connecttype="rect"/>
              </v:shapetype>
              <v:shape id="Text Box 9" o:spid="_x0000_s1026" type="#_x0000_t202" style="position:absolute;left:0;text-align:left;margin-left:0;margin-top:1pt;width:214.5pt;height:15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">
                <v:textbox>
                  <w:txbxContent>
                    <w:p w14:paraId="5B531BB2" w14:textId="77777777" w:rsidR="00B44A88" w:rsidRDefault="00B44A88" w:rsidP="00B44A88">
                      <w:pPr>
                        <w:jc w:val="center"/>
                      </w:pPr>
                      <w:r w:rsidRPr="00924D9A">
                        <w:rPr>
                          <w:noProof/>
                        </w:rPr>
                        <w:drawing>
                          <wp:inline distT="0" distB="0" distL="0" distR="0" wp14:anchorId="0E5D7BB2" wp14:editId="2C4EE67D">
                            <wp:extent cx="2846757" cy="178811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tretch>
                                      <a:fillRect/>
                                    </a:stretch>
                                  </pic:blipFill>
                                  <pic:spPr bwMode="auto">
                                    <a:xfrm>
                                      <a:off x="0" y="0"/>
                                      <a:ext cx="2846757" cy="1788119"/>
                                    </a:xfrm>
                                    <a:prstGeom prst="rect">
                                      <a:avLst/>
                                    </a:prstGeom>
                                    <a:noFill/>
                                    <a:ln>
                                      <a:noFill/>
                                    </a:ln>
                                  </pic:spPr>
                                </pic:pic>
                              </a:graphicData>
                            </a:graphic>
                          </wp:inline>
                        </w:drawing>
                      </w:r>
                    </w:p>
                  </w:txbxContent>
                </v:textbox>
                <w10:wrap anchorx="margin"/>
              </v:shape>
            </w:pict>
          </mc:Fallback>
        </mc:AlternateContent>
      </w:r>
    </w:p>
    <w:p w14:paraId="4A06949E" w14:textId="77777777" w:rsidR="00B44A88" w:rsidRPr="00B44A88" w:rsidRDefault="00B44A88" w:rsidP="002C0D15">
      <w:pPr>
        <w:spacing w:after="120"/>
        <w:jc w:val="both"/>
        <w:rPr>
          <w:rFonts w:asciiTheme="majorBidi" w:hAnsiTheme="majorBidi" w:cstheme="majorBidi"/>
          <w:sz w:val="24"/>
          <w:szCs w:val="28"/>
        </w:rPr>
      </w:pPr>
    </w:p>
    <w:p w14:paraId="79805679" w14:textId="77777777" w:rsidR="00B44A88" w:rsidRPr="00B44A88" w:rsidRDefault="00B44A88" w:rsidP="002C0D15">
      <w:pPr>
        <w:spacing w:after="120"/>
        <w:jc w:val="both"/>
        <w:rPr>
          <w:rFonts w:asciiTheme="majorBidi" w:hAnsiTheme="majorBidi" w:cstheme="majorBidi"/>
          <w:sz w:val="24"/>
          <w:szCs w:val="28"/>
        </w:rPr>
      </w:pPr>
    </w:p>
    <w:p w14:paraId="4B82616F" w14:textId="77777777" w:rsidR="00B44A88" w:rsidRPr="00B44A88" w:rsidRDefault="00B44A88" w:rsidP="002C0D15">
      <w:pPr>
        <w:spacing w:after="120"/>
        <w:jc w:val="both"/>
        <w:rPr>
          <w:rFonts w:asciiTheme="majorBidi" w:hAnsiTheme="majorBidi" w:cstheme="majorBidi"/>
          <w:sz w:val="24"/>
          <w:szCs w:val="28"/>
        </w:rPr>
      </w:pPr>
    </w:p>
    <w:p w14:paraId="63E0B45E" w14:textId="77777777" w:rsidR="00B44A88" w:rsidRPr="00B44A88" w:rsidRDefault="00B44A88" w:rsidP="002C0D15">
      <w:pPr>
        <w:spacing w:after="120"/>
        <w:jc w:val="both"/>
        <w:rPr>
          <w:rFonts w:asciiTheme="majorBidi" w:hAnsiTheme="majorBidi" w:cstheme="majorBidi"/>
          <w:sz w:val="24"/>
          <w:szCs w:val="28"/>
        </w:rPr>
      </w:pPr>
    </w:p>
    <w:p w14:paraId="10B577DA" w14:textId="77777777" w:rsidR="00B44A88" w:rsidRPr="00B44A88" w:rsidRDefault="00B44A88" w:rsidP="002C0D15">
      <w:pPr>
        <w:spacing w:after="120"/>
        <w:jc w:val="both"/>
        <w:rPr>
          <w:rFonts w:asciiTheme="majorBidi" w:hAnsiTheme="majorBidi" w:cstheme="majorBidi"/>
          <w:sz w:val="24"/>
          <w:szCs w:val="28"/>
        </w:rPr>
      </w:pPr>
    </w:p>
    <w:p w14:paraId="1CC39C72" w14:textId="77777777" w:rsidR="00B44A88" w:rsidRPr="00B44A88" w:rsidRDefault="00B44A88" w:rsidP="00B44A88">
      <w:pPr>
        <w:spacing w:after="240"/>
        <w:jc w:val="center"/>
        <w:rPr>
          <w:rFonts w:asciiTheme="majorBidi" w:hAnsiTheme="majorBidi" w:cstheme="majorBidi"/>
        </w:rPr>
      </w:pPr>
      <w:r w:rsidRPr="00B44A88">
        <w:rPr>
          <w:rFonts w:asciiTheme="majorBidi" w:hAnsiTheme="majorBidi" w:cstheme="majorBidi"/>
          <w:b/>
          <w:bCs/>
        </w:rPr>
        <w:t>Figure 1.</w:t>
      </w:r>
      <w:r w:rsidRPr="00B44A88">
        <w:rPr>
          <w:rFonts w:asciiTheme="majorBidi" w:hAnsiTheme="majorBidi" w:cstheme="majorBidi"/>
        </w:rPr>
        <w:t xml:space="preserve"> An example of a figure (font size 10pt)</w:t>
      </w:r>
    </w:p>
    <w:p w14:paraId="2DD9C329" w14:textId="5DE7F328" w:rsidR="002C0D15" w:rsidRPr="002C0D15" w:rsidRDefault="002C0D15" w:rsidP="002C0D15">
      <w:pPr>
        <w:spacing w:after="240"/>
        <w:jc w:val="center"/>
        <w:rPr>
          <w:rFonts w:asciiTheme="majorBidi" w:hAnsiTheme="majorBidi" w:cstheme="majorBidi"/>
          <w:b/>
          <w:bCs/>
        </w:rPr>
      </w:pPr>
      <w:r w:rsidRPr="002C0D15">
        <w:rPr>
          <w:rFonts w:asciiTheme="majorBidi" w:hAnsiTheme="majorBidi" w:cstheme="majorBidi"/>
          <w:b/>
          <w:bCs/>
        </w:rPr>
        <w:t xml:space="preserve">Figure 1: </w:t>
      </w:r>
      <w:r w:rsidRPr="002C0D15">
        <w:rPr>
          <w:rFonts w:asciiTheme="majorBidi" w:hAnsiTheme="majorBidi" w:cstheme="majorBidi"/>
        </w:rPr>
        <w:t>An example of figure (font size 10pt)</w:t>
      </w:r>
    </w:p>
    <w:p w14:paraId="219CA6C2" w14:textId="6B80235E" w:rsidR="004D27C8" w:rsidRPr="004D27C8" w:rsidRDefault="004D27C8" w:rsidP="004D27C8">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In-Text Citation Standards (APA 7th Edition)</w:t>
      </w:r>
    </w:p>
    <w:p w14:paraId="11B635F9"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Adhere to standard APA formatting for all in-text citations:</w:t>
      </w:r>
    </w:p>
    <w:p w14:paraId="16414E9A"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Basic Formats: Cite the author's surname and publication year (Author, 2015) or (Author1 &amp; Author2, 2021).</w:t>
      </w:r>
    </w:p>
    <w:p w14:paraId="627125D0"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lastRenderedPageBreak/>
        <w:t xml:space="preserve">Direct Quotations: Always append the exact page number—for example: </w:t>
      </w:r>
      <w:r w:rsidRPr="004D27C8">
        <w:rPr>
          <w:rFonts w:asciiTheme="majorBidi" w:hAnsiTheme="majorBidi" w:cstheme="majorBidi"/>
          <w:i/>
          <w:iCs/>
          <w:sz w:val="24"/>
          <w:szCs w:val="28"/>
        </w:rPr>
        <w:t>"the construction of an artifact"</w:t>
      </w:r>
      <w:r w:rsidRPr="004D27C8">
        <w:rPr>
          <w:rFonts w:asciiTheme="majorBidi" w:hAnsiTheme="majorBidi" w:cstheme="majorBidi"/>
          <w:sz w:val="24"/>
          <w:szCs w:val="28"/>
        </w:rPr>
        <w:t xml:space="preserve"> (Fang &amp; Widodo, 2019, p. 5).</w:t>
      </w:r>
    </w:p>
    <w:p w14:paraId="29C47B6C"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Multiple Sources: Arrange parenthetical citations alphabetically by the first author's surname, separated by semicolons: (Khan, 2016; Noor &amp; Khaliqi, 2018).</w:t>
      </w:r>
    </w:p>
    <w:p w14:paraId="17558860" w14:textId="0FA4CCF8" w:rsidR="00B44A88" w:rsidRPr="00B44A88" w:rsidRDefault="004D27C8" w:rsidP="002C0D15">
      <w:pPr>
        <w:numPr>
          <w:ilvl w:val="0"/>
          <w:numId w:val="15"/>
        </w:numPr>
        <w:spacing w:after="240"/>
        <w:ind w:left="714" w:hanging="357"/>
        <w:jc w:val="both"/>
        <w:rPr>
          <w:rFonts w:asciiTheme="majorBidi" w:hAnsiTheme="majorBidi" w:cstheme="majorBidi"/>
          <w:sz w:val="24"/>
          <w:szCs w:val="28"/>
        </w:rPr>
      </w:pPr>
      <w:r w:rsidRPr="004D27C8">
        <w:rPr>
          <w:rFonts w:asciiTheme="majorBidi" w:hAnsiTheme="majorBidi" w:cstheme="majorBidi"/>
          <w:sz w:val="24"/>
          <w:szCs w:val="28"/>
        </w:rPr>
        <w:t>Multiple Authors: For references with three to five authors, write out all surnames during the first citation; use the primary author's surname followed by "et al." for all subsequent references.</w:t>
      </w:r>
    </w:p>
    <w:p w14:paraId="5FEB504E" w14:textId="77777777" w:rsidR="004D27C8" w:rsidRPr="002C0D15" w:rsidRDefault="004D27C8" w:rsidP="004D27C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APA Heading Levels</w:t>
      </w:r>
    </w:p>
    <w:p w14:paraId="68D93376" w14:textId="22F9B040"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The following table demonstrates how to format headings in APA Style.</w:t>
      </w: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60"/>
        <w:gridCol w:w="8150"/>
      </w:tblGrid>
      <w:tr w:rsidR="00B44A88" w:rsidRPr="00B44A88" w14:paraId="18248FD6"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6F9818C5"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Level</w:t>
            </w:r>
          </w:p>
        </w:tc>
        <w:tc>
          <w:tcPr>
            <w:tcW w:w="4563"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38FB34C7"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Format</w:t>
            </w:r>
          </w:p>
        </w:tc>
      </w:tr>
      <w:tr w:rsidR="00B44A88" w:rsidRPr="00B44A88" w14:paraId="36E84AFB"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4DAEBA8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1</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3372A02"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Centered, Bold, Title Case Heading</w:t>
            </w:r>
          </w:p>
          <w:p w14:paraId="36535B74"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B44A88" w:rsidRPr="00B44A88" w14:paraId="4F04829D"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089150DC"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2</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9D7BAF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Flush Left, Bold, Title Case Heading</w:t>
            </w:r>
          </w:p>
          <w:p w14:paraId="742BCA80"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B44A88" w:rsidRPr="00B44A88" w14:paraId="6EFAC439"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7B13B37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3</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3DD82AA1"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Flush Left, Bold Italic, Title Case Heading</w:t>
            </w:r>
          </w:p>
          <w:p w14:paraId="28E8330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 </w:t>
            </w:r>
          </w:p>
        </w:tc>
      </w:tr>
      <w:tr w:rsidR="00B44A88" w:rsidRPr="00B44A88" w14:paraId="54CDE964"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2546A46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4</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221D302D"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 xml:space="preserve">Indented, Bold, Title Case Heading, Ending </w:t>
            </w:r>
            <w:proofErr w:type="gramStart"/>
            <w:r w:rsidRPr="00B44A88">
              <w:rPr>
                <w:rFonts w:asciiTheme="majorBidi" w:hAnsiTheme="majorBidi" w:cstheme="majorBidi"/>
                <w:b/>
                <w:bCs/>
                <w:sz w:val="24"/>
                <w:szCs w:val="28"/>
              </w:rPr>
              <w:t>With</w:t>
            </w:r>
            <w:proofErr w:type="gramEnd"/>
            <w:r w:rsidRPr="00B44A88">
              <w:rPr>
                <w:rFonts w:asciiTheme="majorBidi" w:hAnsiTheme="majorBidi" w:cstheme="majorBidi"/>
                <w:b/>
                <w:bCs/>
                <w:sz w:val="24"/>
                <w:szCs w:val="28"/>
              </w:rPr>
              <w:t xml:space="preserve"> a Period.</w:t>
            </w:r>
            <w:r w:rsidRPr="00B44A88">
              <w:rPr>
                <w:rFonts w:asciiTheme="majorBidi" w:hAnsiTheme="majorBidi" w:cstheme="majorBidi"/>
                <w:sz w:val="24"/>
                <w:szCs w:val="28"/>
              </w:rPr>
              <w:t> Text begins on the same line and continues as a regular paragraph. </w:t>
            </w:r>
          </w:p>
        </w:tc>
      </w:tr>
      <w:tr w:rsidR="00B44A88" w:rsidRPr="00B44A88" w14:paraId="28A4215A"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7A7F8042"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5</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08686981"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 xml:space="preserve">Indented, Bold Italic, Title Case Heading, Ending </w:t>
            </w:r>
            <w:proofErr w:type="gramStart"/>
            <w:r w:rsidRPr="00B44A88">
              <w:rPr>
                <w:rFonts w:asciiTheme="majorBidi" w:hAnsiTheme="majorBidi" w:cstheme="majorBidi"/>
                <w:b/>
                <w:bCs/>
                <w:i/>
                <w:iCs/>
                <w:sz w:val="24"/>
                <w:szCs w:val="28"/>
              </w:rPr>
              <w:t>With</w:t>
            </w:r>
            <w:proofErr w:type="gramEnd"/>
            <w:r w:rsidRPr="00B44A88">
              <w:rPr>
                <w:rFonts w:asciiTheme="majorBidi" w:hAnsiTheme="majorBidi" w:cstheme="majorBidi"/>
                <w:b/>
                <w:bCs/>
                <w:i/>
                <w:iCs/>
                <w:sz w:val="24"/>
                <w:szCs w:val="28"/>
              </w:rPr>
              <w:t xml:space="preserve"> a Period.</w:t>
            </w:r>
            <w:r w:rsidRPr="00B44A88">
              <w:rPr>
                <w:rFonts w:asciiTheme="majorBidi" w:hAnsiTheme="majorBidi" w:cstheme="majorBidi"/>
                <w:sz w:val="24"/>
                <w:szCs w:val="28"/>
              </w:rPr>
              <w:t> Text begins on the same line and continues as a regular paragraph. </w:t>
            </w:r>
          </w:p>
        </w:tc>
      </w:tr>
    </w:tbl>
    <w:p w14:paraId="3BA048F8" w14:textId="77777777" w:rsidR="00B44A88" w:rsidRPr="00B44A88" w:rsidRDefault="00B44A88" w:rsidP="002C0D15">
      <w:pPr>
        <w:spacing w:after="120"/>
        <w:jc w:val="both"/>
        <w:rPr>
          <w:rFonts w:asciiTheme="majorBidi" w:hAnsiTheme="majorBidi" w:cstheme="majorBidi"/>
          <w:sz w:val="24"/>
          <w:szCs w:val="28"/>
        </w:rPr>
      </w:pPr>
    </w:p>
    <w:p w14:paraId="4D15D4FC" w14:textId="2D7F3785" w:rsidR="00B44A88" w:rsidRPr="00785BCD" w:rsidRDefault="00B44A88" w:rsidP="00B44A88">
      <w:pPr>
        <w:spacing w:before="360" w:after="120"/>
        <w:jc w:val="center"/>
        <w:rPr>
          <w:rFonts w:asciiTheme="majorBidi" w:hAnsiTheme="majorBidi" w:cstheme="majorBidi"/>
          <w:color w:val="17365D" w:themeColor="text2" w:themeShade="BF"/>
          <w:sz w:val="22"/>
          <w:szCs w:val="24"/>
        </w:rPr>
      </w:pPr>
      <w:r w:rsidRPr="00785BCD">
        <w:rPr>
          <w:rFonts w:asciiTheme="majorBidi" w:hAnsiTheme="majorBidi" w:cstheme="majorBidi"/>
          <w:b/>
          <w:color w:val="17365D" w:themeColor="text2" w:themeShade="BF"/>
          <w:sz w:val="24"/>
          <w:szCs w:val="24"/>
        </w:rPr>
        <w:t>DISCUSSION</w:t>
      </w:r>
    </w:p>
    <w:p w14:paraId="350B1810"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Once the empirical findings have been presented, use the Discussion section to evaluate, interpret, and contextualize their broader implications relative to your initial hypotheses. This section serves to qualify your results, draw logical inferences, and highlight the practical and theoretical significance of the study. </w:t>
      </w:r>
      <w:r w:rsidRPr="004D27C8">
        <w:rPr>
          <w:rFonts w:asciiTheme="majorBidi" w:eastAsia="Corbel" w:hAnsiTheme="majorBidi" w:cstheme="majorBidi"/>
          <w:i/>
          <w:iCs/>
          <w:sz w:val="24"/>
          <w:szCs w:val="24"/>
        </w:rPr>
        <w:t>(Note: If the findings are concise and straightforward, authors may merge these two sections under a single header titled Results and Discussion).</w:t>
      </w:r>
    </w:p>
    <w:p w14:paraId="05A6FEEC" w14:textId="77777777" w:rsidR="004D27C8" w:rsidRPr="004D27C8" w:rsidRDefault="004D27C8" w:rsidP="004D27C8">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Primary Components of the Discussion</w:t>
      </w:r>
    </w:p>
    <w:p w14:paraId="728E66CB" w14:textId="22CCCD27"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Hypothesis Testing &amp; Contextualization</w:t>
      </w:r>
    </w:p>
    <w:p w14:paraId="5C0A6963"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 xml:space="preserve">Begin by explicitly stating whether your primary and secondary hypotheses were supported or refuted by the data. If the outcomes contradict your expectations, provide plausible </w:t>
      </w:r>
      <w:r w:rsidRPr="004D27C8">
        <w:rPr>
          <w:rFonts w:asciiTheme="majorBidi" w:eastAsia="Corbel" w:hAnsiTheme="majorBidi" w:cstheme="majorBidi"/>
          <w:i/>
          <w:iCs/>
          <w:sz w:val="24"/>
          <w:szCs w:val="24"/>
        </w:rPr>
        <w:t>post hoc</w:t>
      </w:r>
      <w:r w:rsidRPr="004D27C8">
        <w:rPr>
          <w:rFonts w:asciiTheme="majorBidi" w:eastAsia="Corbel" w:hAnsiTheme="majorBidi" w:cstheme="majorBidi"/>
          <w:sz w:val="24"/>
          <w:szCs w:val="24"/>
        </w:rPr>
        <w:t xml:space="preserve"> explanations.</w:t>
      </w:r>
    </w:p>
    <w:p w14:paraId="1679EDAF" w14:textId="77777777" w:rsidR="004D27C8" w:rsidRPr="004D27C8" w:rsidRDefault="004D27C8" w:rsidP="004D27C8">
      <w:pPr>
        <w:numPr>
          <w:ilvl w:val="0"/>
          <w:numId w:val="1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Compare and contrast your results with prior literature to contextualize, confirm, or refine your conclusions.</w:t>
      </w:r>
    </w:p>
    <w:p w14:paraId="5EA00992" w14:textId="77777777" w:rsidR="004D27C8" w:rsidRPr="004D27C8" w:rsidRDefault="004D27C8" w:rsidP="004D27C8">
      <w:pPr>
        <w:numPr>
          <w:ilvl w:val="0"/>
          <w:numId w:val="1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Avoid repeating raw data or restating points from earlier sections; every assertion should advance the reader’s understanding of the core problem.</w:t>
      </w:r>
    </w:p>
    <w:p w14:paraId="3C9C0C51" w14:textId="25E70CBD"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Internal Validity &amp; Analytical Nuance</w:t>
      </w:r>
    </w:p>
    <w:p w14:paraId="499156F1"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Evaluate your results critically by accounting for methodological parameters that may influence interpretation:</w:t>
      </w:r>
    </w:p>
    <w:p w14:paraId="67C13B62"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Methodological Vulnerabilities: Identify potential sources of systemic bias, measurement errors, or threats to internal validity.</w:t>
      </w:r>
    </w:p>
    <w:p w14:paraId="7B1004A7"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Statistical Context: Reflect on analytical imprecision, total statistical tests conducted, observed effect sizes, and operational limitations.</w:t>
      </w:r>
    </w:p>
    <w:p w14:paraId="308F63A5"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Intervention Dynamics (if applicable): Evaluate the success of any experimental treatment and explain its theoretical mechanism (causal pathways). Account for alternative delivery mechanisms, implementation obstacles, and any divergences between planned protocol and actual execution (fidelity).</w:t>
      </w:r>
    </w:p>
    <w:p w14:paraId="07EE76DA" w14:textId="2BE071A6"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Generalizability &amp; External Validity</w:t>
      </w:r>
    </w:p>
    <w:p w14:paraId="62524EBA"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Acknowledge research limitations and explore alternative explanations for your outcomes. Critically assess how broadly your findings apply by examining:</w:t>
      </w:r>
    </w:p>
    <w:p w14:paraId="0AA324FE" w14:textId="77777777" w:rsidR="004D27C8" w:rsidRPr="004D27C8" w:rsidRDefault="004D27C8" w:rsidP="004D27C8">
      <w:pPr>
        <w:numPr>
          <w:ilvl w:val="0"/>
          <w:numId w:val="1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Differences between your target population and the sample evaluated.</w:t>
      </w:r>
    </w:p>
    <w:p w14:paraId="2FCEDB92" w14:textId="77777777" w:rsidR="004D27C8" w:rsidRPr="004D27C8" w:rsidRDefault="004D27C8" w:rsidP="004D27C8">
      <w:pPr>
        <w:numPr>
          <w:ilvl w:val="0"/>
          <w:numId w:val="1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Contextual factors impacting intervention delivery, such as target settings, participant incentives, compliance metrics, and outcome measurement timing relative to intervention completion.</w:t>
      </w:r>
    </w:p>
    <w:p w14:paraId="2DCA4BD4" w14:textId="5C74AF9D"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Concluding Commentary &amp; Significance</w:t>
      </w:r>
    </w:p>
    <w:p w14:paraId="44CBCB0C"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Conclude the section with a tightly reasoned, well-supported synthesis explaining why your findings matter. Revisit the core issue outlined in your introduction, frame how your results address broader questions within or beyond your subfield, and highlight what general propositions are validated or challenged by your work. Avoid overstating your conclusions.</w:t>
      </w:r>
    </w:p>
    <w:p w14:paraId="59396CB1" w14:textId="77777777" w:rsidR="004D27C8" w:rsidRPr="004D27C8" w:rsidRDefault="004D27C8" w:rsidP="004D27C8">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Key Reflective Questions to Address</w:t>
      </w:r>
    </w:p>
    <w:p w14:paraId="0B0B9A45"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To deliver </w:t>
      </w:r>
      <w:proofErr w:type="gramStart"/>
      <w:r w:rsidRPr="004D27C8">
        <w:rPr>
          <w:rFonts w:asciiTheme="majorBidi" w:eastAsia="Corbel" w:hAnsiTheme="majorBidi" w:cstheme="majorBidi"/>
          <w:sz w:val="24"/>
          <w:szCs w:val="24"/>
        </w:rPr>
        <w:t>a</w:t>
      </w:r>
      <w:proofErr w:type="gramEnd"/>
      <w:r w:rsidRPr="004D27C8">
        <w:rPr>
          <w:rFonts w:asciiTheme="majorBidi" w:eastAsia="Corbel" w:hAnsiTheme="majorBidi" w:cstheme="majorBidi"/>
          <w:sz w:val="24"/>
          <w:szCs w:val="24"/>
        </w:rPr>
        <w:t xml:space="preserve"> impactful contribution, ensure your discussion directly answers these core considerations:</w:t>
      </w:r>
    </w:p>
    <w:p w14:paraId="572A05FB" w14:textId="77777777" w:rsidR="004D27C8" w:rsidRPr="004D27C8" w:rsidRDefault="004D27C8" w:rsidP="004D27C8">
      <w:pPr>
        <w:numPr>
          <w:ilvl w:val="0"/>
          <w:numId w:val="19"/>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Practical &amp; Theoretical Impact: What is the practical, clinical, or theoretical value of your findings? If replicable, what real-world phenomena do they model, and are practical applications justified?</w:t>
      </w:r>
    </w:p>
    <w:p w14:paraId="023461E1" w14:textId="77777777" w:rsidR="004D27C8" w:rsidRPr="004D27C8" w:rsidRDefault="004D27C8" w:rsidP="004D27C8">
      <w:pPr>
        <w:numPr>
          <w:ilvl w:val="0"/>
          <w:numId w:val="19"/>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Unresolved Questions: What unanswered questions remain, and what new inquiries arise directly from your findings?</w:t>
      </w:r>
    </w:p>
    <w:p w14:paraId="39C9D95E" w14:textId="77777777" w:rsidR="002C0D15" w:rsidRDefault="002C0D15" w:rsidP="00B44A88">
      <w:pPr>
        <w:spacing w:before="360" w:after="120"/>
        <w:jc w:val="center"/>
        <w:rPr>
          <w:rFonts w:asciiTheme="majorBidi" w:hAnsiTheme="majorBidi" w:cstheme="majorBidi"/>
          <w:b/>
          <w:color w:val="800020"/>
          <w:sz w:val="24"/>
          <w:szCs w:val="24"/>
        </w:rPr>
      </w:pPr>
    </w:p>
    <w:p w14:paraId="319487DC" w14:textId="4C216FC6" w:rsidR="00B44A88" w:rsidRPr="00785BCD" w:rsidRDefault="00B44A88" w:rsidP="00B44A88">
      <w:pPr>
        <w:spacing w:before="360" w:after="120"/>
        <w:jc w:val="center"/>
        <w:rPr>
          <w:rFonts w:asciiTheme="majorBidi" w:hAnsiTheme="majorBidi" w:cstheme="majorBidi"/>
          <w:color w:val="17365D" w:themeColor="text2" w:themeShade="BF"/>
          <w:sz w:val="22"/>
          <w:szCs w:val="24"/>
        </w:rPr>
      </w:pPr>
      <w:r w:rsidRPr="00785BCD">
        <w:rPr>
          <w:rFonts w:asciiTheme="majorBidi" w:hAnsiTheme="majorBidi" w:cstheme="majorBidi"/>
          <w:b/>
          <w:color w:val="17365D" w:themeColor="text2" w:themeShade="BF"/>
          <w:sz w:val="24"/>
          <w:szCs w:val="24"/>
        </w:rPr>
        <w:t>CONCLUSION</w:t>
      </w:r>
    </w:p>
    <w:p w14:paraId="131D3532" w14:textId="02163DE1" w:rsidR="00B44A88" w:rsidRPr="002C0D15" w:rsidRDefault="004D27C8" w:rsidP="004D27C8">
      <w:pPr>
        <w:tabs>
          <w:tab w:val="left" w:pos="0"/>
        </w:tabs>
        <w:spacing w:after="240"/>
        <w:jc w:val="both"/>
        <w:rPr>
          <w:rFonts w:asciiTheme="majorBidi" w:eastAsia="Corbel" w:hAnsiTheme="majorBidi" w:cstheme="majorBidi"/>
          <w:sz w:val="24"/>
          <w:szCs w:val="24"/>
        </w:rPr>
      </w:pPr>
      <w:r w:rsidRPr="002C0D15">
        <w:rPr>
          <w:rFonts w:asciiTheme="majorBidi" w:eastAsia="Corbel" w:hAnsiTheme="majorBidi" w:cstheme="majorBidi"/>
          <w:sz w:val="24"/>
          <w:szCs w:val="24"/>
        </w:rPr>
        <w:t>End the article with a concise, self-contained summary of the study's primary outcomes. Reiterate the central contributions of the work, acknowledge key methodological boundaries or limitations, and offer actionable recommendations alongside explicit directions for future research.</w:t>
      </w:r>
      <w:r w:rsidR="00B44A88" w:rsidRPr="002C0D15">
        <w:rPr>
          <w:rFonts w:asciiTheme="majorBidi" w:eastAsia="Corbel" w:hAnsiTheme="majorBidi" w:cstheme="majorBidi"/>
          <w:sz w:val="24"/>
          <w:szCs w:val="24"/>
        </w:rPr>
        <w:t> </w:t>
      </w:r>
    </w:p>
    <w:p w14:paraId="50F40401" w14:textId="609E46F5" w:rsidR="00B44A88" w:rsidRPr="00785BCD" w:rsidRDefault="00B44A88" w:rsidP="00B44A88">
      <w:pPr>
        <w:spacing w:before="360" w:after="120"/>
        <w:rPr>
          <w:rFonts w:asciiTheme="majorBidi" w:eastAsia="Corbel" w:hAnsiTheme="majorBidi" w:cstheme="majorBidi"/>
          <w:b/>
          <w:color w:val="17365D" w:themeColor="text2" w:themeShade="BF"/>
          <w:sz w:val="24"/>
          <w:szCs w:val="24"/>
        </w:rPr>
      </w:pPr>
      <w:r w:rsidRPr="00785BCD">
        <w:rPr>
          <w:rFonts w:asciiTheme="majorBidi" w:hAnsiTheme="majorBidi" w:cstheme="majorBidi"/>
          <w:b/>
          <w:color w:val="17365D" w:themeColor="text2" w:themeShade="BF"/>
          <w:sz w:val="24"/>
          <w:szCs w:val="24"/>
        </w:rPr>
        <w:t>REFERENCES</w:t>
      </w:r>
    </w:p>
    <w:p w14:paraId="7D6B5534" w14:textId="77777777" w:rsidR="004D27C8" w:rsidRPr="004D27C8" w:rsidRDefault="004D27C8" w:rsidP="004D27C8">
      <w:pPr>
        <w:spacing w:after="120"/>
        <w:rPr>
          <w:rFonts w:asciiTheme="majorBidi" w:eastAsia="Corbel" w:hAnsiTheme="majorBidi" w:cstheme="majorBidi"/>
          <w:sz w:val="24"/>
          <w:szCs w:val="24"/>
        </w:rPr>
      </w:pPr>
      <w:r w:rsidRPr="004D27C8">
        <w:rPr>
          <w:rFonts w:asciiTheme="majorBidi" w:eastAsia="Corbel" w:hAnsiTheme="majorBidi" w:cstheme="majorBidi"/>
          <w:sz w:val="24"/>
          <w:szCs w:val="24"/>
        </w:rPr>
        <w:t>This section details the formatting and selection criteria for your reference list. Strictly maintain a 1:1 correspondence between body citations and listed sources: every work cited in the text must appear in the References list, and every entry in the References list must be cited within the manuscript body.</w:t>
      </w:r>
    </w:p>
    <w:p w14:paraId="19B0B649" w14:textId="77777777" w:rsidR="004D27C8" w:rsidRPr="004D27C8" w:rsidRDefault="004D27C8" w:rsidP="004D27C8">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Sourcing &amp; Recency Requirements</w:t>
      </w:r>
    </w:p>
    <w:p w14:paraId="2B4DD4E1"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Recency: References must prioritize recent scholarship published within the last 5</w:t>
      </w:r>
      <w:r w:rsidRPr="002C0D15">
        <w:rPr>
          <w:rFonts w:asciiTheme="majorBidi" w:eastAsia="Corbel" w:hAnsiTheme="majorBidi" w:cstheme="majorBidi"/>
          <w:b/>
          <w:bCs/>
          <w:sz w:val="24"/>
          <w:szCs w:val="24"/>
        </w:rPr>
        <w:t xml:space="preserve"> </w:t>
      </w:r>
      <w:r w:rsidRPr="002C0D15">
        <w:rPr>
          <w:rFonts w:asciiTheme="majorBidi" w:eastAsia="Corbel" w:hAnsiTheme="majorBidi" w:cstheme="majorBidi"/>
          <w:sz w:val="24"/>
          <w:szCs w:val="24"/>
        </w:rPr>
        <w:t>years.</w:t>
      </w:r>
    </w:p>
    <w:p w14:paraId="63EC84B7"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Primary Source Threshold: At least 80% of your total reference list must consist of primary academic sources—specifically peer-reviewed journal articles, conference proceedings, and online-accessible research reports, theses, or dissertations.</w:t>
      </w:r>
    </w:p>
    <w:p w14:paraId="03AC5D8A"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DOIs / Permalinks: Provide an active permalink or DOI URL for all digital and primary sources.</w:t>
      </w:r>
    </w:p>
    <w:p w14:paraId="068D30AE"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Verification: Double-check every entry against its original publication details to verify author names, publication year, volume, issue, and DOI/URL accuracy. Refer to recently published papers in this journal as formatting models.</w:t>
      </w:r>
    </w:p>
    <w:p w14:paraId="719149DE" w14:textId="77777777" w:rsidR="004D27C8" w:rsidRPr="004D27C8" w:rsidRDefault="004D27C8" w:rsidP="002C0D15">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Typography &amp; Formatting Rules</w:t>
      </w:r>
    </w:p>
    <w:p w14:paraId="6DCBAE80" w14:textId="009BA251"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 xml:space="preserve">Font &amp; Size: 12-pt </w:t>
      </w:r>
      <w:r w:rsidR="00B270FA">
        <w:rPr>
          <w:rFonts w:asciiTheme="majorBidi" w:eastAsia="Corbel" w:hAnsiTheme="majorBidi" w:cstheme="majorBidi"/>
          <w:sz w:val="24"/>
          <w:szCs w:val="24"/>
        </w:rPr>
        <w:t>Times New Roman</w:t>
      </w:r>
      <w:r w:rsidRPr="002C0D15">
        <w:rPr>
          <w:rFonts w:asciiTheme="majorBidi" w:eastAsia="Corbel" w:hAnsiTheme="majorBidi" w:cstheme="majorBidi"/>
          <w:sz w:val="24"/>
          <w:szCs w:val="24"/>
        </w:rPr>
        <w:t xml:space="preserve"> font.</w:t>
      </w:r>
    </w:p>
    <w:p w14:paraId="39F25139"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Alignment &amp; Spacing: Fully justified alignment with single line spacing.</w:t>
      </w:r>
    </w:p>
    <w:p w14:paraId="2022C0C4"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Indentation: Apply a standard hanging indent (0.5 inches / 1.27 cm) to each entry.</w:t>
      </w:r>
    </w:p>
    <w:p w14:paraId="7049D67F"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Ordering: Arrange all references alphabetically by the primary author’s surname, and chronologically for multiple works by the same author.</w:t>
      </w:r>
    </w:p>
    <w:p w14:paraId="5BB6C849" w14:textId="77777777" w:rsidR="004D27C8" w:rsidRPr="004D27C8" w:rsidRDefault="004D27C8" w:rsidP="002C0D15">
      <w:pPr>
        <w:spacing w:before="240" w:after="120"/>
        <w:ind w:left="425" w:hanging="425"/>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Reference Examples (APA 7th Edition Style)</w:t>
      </w:r>
    </w:p>
    <w:p w14:paraId="0E2E85FE"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Atmazaki</w:t>
      </w:r>
      <w:proofErr w:type="spellEnd"/>
      <w:r w:rsidRPr="004D27C8">
        <w:rPr>
          <w:rFonts w:asciiTheme="majorBidi" w:eastAsia="Corbel" w:hAnsiTheme="majorBidi" w:cstheme="majorBidi"/>
          <w:sz w:val="24"/>
          <w:szCs w:val="24"/>
        </w:rPr>
        <w:t xml:space="preserve">, Ali, N. B. V., </w:t>
      </w:r>
      <w:proofErr w:type="spellStart"/>
      <w:r w:rsidRPr="004D27C8">
        <w:rPr>
          <w:rFonts w:asciiTheme="majorBidi" w:eastAsia="Corbel" w:hAnsiTheme="majorBidi" w:cstheme="majorBidi"/>
          <w:sz w:val="24"/>
          <w:szCs w:val="24"/>
        </w:rPr>
        <w:t>Muldian</w:t>
      </w:r>
      <w:proofErr w:type="spellEnd"/>
      <w:r w:rsidRPr="004D27C8">
        <w:rPr>
          <w:rFonts w:asciiTheme="majorBidi" w:eastAsia="Corbel" w:hAnsiTheme="majorBidi" w:cstheme="majorBidi"/>
          <w:sz w:val="24"/>
          <w:szCs w:val="24"/>
        </w:rPr>
        <w:t xml:space="preserve">, W., </w:t>
      </w:r>
      <w:proofErr w:type="spellStart"/>
      <w:r w:rsidRPr="004D27C8">
        <w:rPr>
          <w:rFonts w:asciiTheme="majorBidi" w:eastAsia="Corbel" w:hAnsiTheme="majorBidi" w:cstheme="majorBidi"/>
          <w:sz w:val="24"/>
          <w:szCs w:val="24"/>
        </w:rPr>
        <w:t>Miftahussururi</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Hanifah</w:t>
      </w:r>
      <w:proofErr w:type="spellEnd"/>
      <w:r w:rsidRPr="004D27C8">
        <w:rPr>
          <w:rFonts w:asciiTheme="majorBidi" w:eastAsia="Corbel" w:hAnsiTheme="majorBidi" w:cstheme="majorBidi"/>
          <w:sz w:val="24"/>
          <w:szCs w:val="24"/>
        </w:rPr>
        <w:t xml:space="preserve">, N., </w:t>
      </w:r>
      <w:proofErr w:type="spellStart"/>
      <w:r w:rsidRPr="004D27C8">
        <w:rPr>
          <w:rFonts w:asciiTheme="majorBidi" w:eastAsia="Corbel" w:hAnsiTheme="majorBidi" w:cstheme="majorBidi"/>
          <w:sz w:val="24"/>
          <w:szCs w:val="24"/>
        </w:rPr>
        <w:t>Nento</w:t>
      </w:r>
      <w:proofErr w:type="spellEnd"/>
      <w:r w:rsidRPr="004D27C8">
        <w:rPr>
          <w:rFonts w:asciiTheme="majorBidi" w:eastAsia="Corbel" w:hAnsiTheme="majorBidi" w:cstheme="majorBidi"/>
          <w:sz w:val="24"/>
          <w:szCs w:val="24"/>
        </w:rPr>
        <w:t xml:space="preserve">, M. N., &amp; Akbari, Q. S. (2017). </w:t>
      </w:r>
      <w:r w:rsidRPr="004D27C8">
        <w:rPr>
          <w:rFonts w:asciiTheme="majorBidi" w:eastAsia="Corbel" w:hAnsiTheme="majorBidi" w:cstheme="majorBidi"/>
          <w:i/>
          <w:iCs/>
          <w:sz w:val="24"/>
          <w:szCs w:val="24"/>
        </w:rPr>
        <w:t xml:space="preserve">Panduan </w:t>
      </w:r>
      <w:proofErr w:type="spellStart"/>
      <w:r w:rsidRPr="004D27C8">
        <w:rPr>
          <w:rFonts w:asciiTheme="majorBidi" w:eastAsia="Corbel" w:hAnsiTheme="majorBidi" w:cstheme="majorBidi"/>
          <w:i/>
          <w:iCs/>
          <w:sz w:val="24"/>
          <w:szCs w:val="24"/>
        </w:rPr>
        <w:t>gerakan</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literasi</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nasional</w:t>
      </w:r>
      <w:proofErr w:type="spellEnd"/>
      <w:r w:rsidRPr="004D27C8">
        <w:rPr>
          <w:rFonts w:asciiTheme="majorBidi" w:eastAsia="Corbel" w:hAnsiTheme="majorBidi" w:cstheme="majorBidi"/>
          <w:sz w:val="24"/>
          <w:szCs w:val="24"/>
        </w:rPr>
        <w:t xml:space="preserve"> [National literacy movement guidelines]. Ministry of Education and Culture of the Republic of Indonesia.</w:t>
      </w:r>
    </w:p>
    <w:p w14:paraId="29D7233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lastRenderedPageBreak/>
        <w:t>Aunurrahman</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Hamied</w:t>
      </w:r>
      <w:proofErr w:type="spellEnd"/>
      <w:r w:rsidRPr="004D27C8">
        <w:rPr>
          <w:rFonts w:asciiTheme="majorBidi" w:eastAsia="Corbel" w:hAnsiTheme="majorBidi" w:cstheme="majorBidi"/>
          <w:sz w:val="24"/>
          <w:szCs w:val="24"/>
        </w:rPr>
        <w:t xml:space="preserve">, F., &amp; Emilia, E. (2017). Realizing a good education in an Indonesian university context. In A. G. Abdullah, I. </w:t>
      </w:r>
      <w:proofErr w:type="spellStart"/>
      <w:r w:rsidRPr="004D27C8">
        <w:rPr>
          <w:rFonts w:asciiTheme="majorBidi" w:eastAsia="Corbel" w:hAnsiTheme="majorBidi" w:cstheme="majorBidi"/>
          <w:sz w:val="24"/>
          <w:szCs w:val="24"/>
        </w:rPr>
        <w:t>Hamidah</w:t>
      </w:r>
      <w:proofErr w:type="spellEnd"/>
      <w:r w:rsidRPr="004D27C8">
        <w:rPr>
          <w:rFonts w:asciiTheme="majorBidi" w:eastAsia="Corbel" w:hAnsiTheme="majorBidi" w:cstheme="majorBidi"/>
          <w:sz w:val="24"/>
          <w:szCs w:val="24"/>
        </w:rPr>
        <w:t xml:space="preserve">, S. </w:t>
      </w:r>
      <w:proofErr w:type="spellStart"/>
      <w:r w:rsidRPr="004D27C8">
        <w:rPr>
          <w:rFonts w:asciiTheme="majorBidi" w:eastAsia="Corbel" w:hAnsiTheme="majorBidi" w:cstheme="majorBidi"/>
          <w:sz w:val="24"/>
          <w:szCs w:val="24"/>
        </w:rPr>
        <w:t>Aisyah</w:t>
      </w:r>
      <w:proofErr w:type="spellEnd"/>
      <w:r w:rsidRPr="004D27C8">
        <w:rPr>
          <w:rFonts w:asciiTheme="majorBidi" w:eastAsia="Corbel" w:hAnsiTheme="majorBidi" w:cstheme="majorBidi"/>
          <w:sz w:val="24"/>
          <w:szCs w:val="24"/>
        </w:rPr>
        <w:t xml:space="preserve">, A. A. </w:t>
      </w:r>
      <w:proofErr w:type="spellStart"/>
      <w:r w:rsidRPr="004D27C8">
        <w:rPr>
          <w:rFonts w:asciiTheme="majorBidi" w:eastAsia="Corbel" w:hAnsiTheme="majorBidi" w:cstheme="majorBidi"/>
          <w:sz w:val="24"/>
          <w:szCs w:val="24"/>
        </w:rPr>
        <w:t>Danuwijaya</w:t>
      </w:r>
      <w:proofErr w:type="spellEnd"/>
      <w:r w:rsidRPr="004D27C8">
        <w:rPr>
          <w:rFonts w:asciiTheme="majorBidi" w:eastAsia="Corbel" w:hAnsiTheme="majorBidi" w:cstheme="majorBidi"/>
          <w:sz w:val="24"/>
          <w:szCs w:val="24"/>
        </w:rPr>
        <w:t xml:space="preserve">, G. </w:t>
      </w:r>
      <w:proofErr w:type="spellStart"/>
      <w:r w:rsidRPr="004D27C8">
        <w:rPr>
          <w:rFonts w:asciiTheme="majorBidi" w:eastAsia="Corbel" w:hAnsiTheme="majorBidi" w:cstheme="majorBidi"/>
          <w:sz w:val="24"/>
          <w:szCs w:val="24"/>
        </w:rPr>
        <w:t>Yuliani</w:t>
      </w:r>
      <w:proofErr w:type="spellEnd"/>
      <w:r w:rsidRPr="004D27C8">
        <w:rPr>
          <w:rFonts w:asciiTheme="majorBidi" w:eastAsia="Corbel" w:hAnsiTheme="majorBidi" w:cstheme="majorBidi"/>
          <w:sz w:val="24"/>
          <w:szCs w:val="24"/>
        </w:rPr>
        <w:t xml:space="preserve">, &amp; H. S. H. </w:t>
      </w:r>
      <w:proofErr w:type="spellStart"/>
      <w:r w:rsidRPr="004D27C8">
        <w:rPr>
          <w:rFonts w:asciiTheme="majorBidi" w:eastAsia="Corbel" w:hAnsiTheme="majorBidi" w:cstheme="majorBidi"/>
          <w:sz w:val="24"/>
          <w:szCs w:val="24"/>
        </w:rPr>
        <w:t>Munawaroh</w:t>
      </w:r>
      <w:proofErr w:type="spellEnd"/>
      <w:r w:rsidRPr="004D27C8">
        <w:rPr>
          <w:rFonts w:asciiTheme="majorBidi" w:eastAsia="Corbel" w:hAnsiTheme="majorBidi" w:cstheme="majorBidi"/>
          <w:sz w:val="24"/>
          <w:szCs w:val="24"/>
        </w:rPr>
        <w:t xml:space="preserve"> (Eds.), </w:t>
      </w:r>
      <w:r w:rsidRPr="004D27C8">
        <w:rPr>
          <w:rFonts w:asciiTheme="majorBidi" w:eastAsia="Corbel" w:hAnsiTheme="majorBidi" w:cstheme="majorBidi"/>
          <w:i/>
          <w:iCs/>
          <w:sz w:val="24"/>
          <w:szCs w:val="24"/>
        </w:rPr>
        <w:t>Ideas for 21st century education: Proceedings of the Asian Education Symposium (AES 2016)</w:t>
      </w:r>
      <w:r w:rsidRPr="004D27C8">
        <w:rPr>
          <w:rFonts w:asciiTheme="majorBidi" w:eastAsia="Corbel" w:hAnsiTheme="majorBidi" w:cstheme="majorBidi"/>
          <w:sz w:val="24"/>
          <w:szCs w:val="24"/>
        </w:rPr>
        <w:t xml:space="preserve"> (pp. 297–300). Routledge. </w:t>
      </w:r>
      <w:hyperlink r:id="rId11" w:tgtFrame="_blank" w:history="1">
        <w:r w:rsidRPr="004D27C8">
          <w:rPr>
            <w:rStyle w:val="Hyperlink"/>
            <w:rFonts w:asciiTheme="majorBidi" w:eastAsia="Corbel" w:hAnsiTheme="majorBidi" w:cstheme="majorBidi"/>
            <w:sz w:val="24"/>
            <w:szCs w:val="24"/>
          </w:rPr>
          <w:t>https://doi.org/10.1201/9781315166575</w:t>
        </w:r>
      </w:hyperlink>
    </w:p>
    <w:p w14:paraId="3D6EA27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Canale</w:t>
      </w:r>
      <w:proofErr w:type="spellEnd"/>
      <w:r w:rsidRPr="004D27C8">
        <w:rPr>
          <w:rFonts w:asciiTheme="majorBidi" w:eastAsia="Corbel" w:hAnsiTheme="majorBidi" w:cstheme="majorBidi"/>
          <w:sz w:val="24"/>
          <w:szCs w:val="24"/>
        </w:rPr>
        <w:t xml:space="preserve">, G. (2016). (Re)searching culture in foreign language textbooks, or the politics of hide and seek. </w:t>
      </w:r>
      <w:r w:rsidRPr="004D27C8">
        <w:rPr>
          <w:rFonts w:asciiTheme="majorBidi" w:eastAsia="Corbel" w:hAnsiTheme="majorBidi" w:cstheme="majorBidi"/>
          <w:i/>
          <w:iCs/>
          <w:sz w:val="24"/>
          <w:szCs w:val="24"/>
        </w:rPr>
        <w:t>Language, Culture and Curriculum</w:t>
      </w:r>
      <w:r w:rsidRPr="004D27C8">
        <w:rPr>
          <w:rFonts w:asciiTheme="majorBidi" w:eastAsia="Corbel" w:hAnsiTheme="majorBidi" w:cstheme="majorBidi"/>
          <w:sz w:val="24"/>
          <w:szCs w:val="24"/>
        </w:rPr>
        <w:t xml:space="preserve">, 29(2), 225–243. </w:t>
      </w:r>
      <w:hyperlink r:id="rId12" w:tgtFrame="_blank" w:history="1">
        <w:r w:rsidRPr="004D27C8">
          <w:rPr>
            <w:rStyle w:val="Hyperlink"/>
            <w:rFonts w:asciiTheme="majorBidi" w:eastAsia="Corbel" w:hAnsiTheme="majorBidi" w:cstheme="majorBidi"/>
            <w:sz w:val="24"/>
            <w:szCs w:val="24"/>
          </w:rPr>
          <w:t>https://doi.org/10.1080/07908318.2016.1144764</w:t>
        </w:r>
      </w:hyperlink>
    </w:p>
    <w:p w14:paraId="585B6C85"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Durrant</w:t>
      </w:r>
      <w:proofErr w:type="spellEnd"/>
      <w:r w:rsidRPr="004D27C8">
        <w:rPr>
          <w:rFonts w:asciiTheme="majorBidi" w:eastAsia="Corbel" w:hAnsiTheme="majorBidi" w:cstheme="majorBidi"/>
          <w:sz w:val="24"/>
          <w:szCs w:val="24"/>
        </w:rPr>
        <w:t xml:space="preserve">, J. (2020). </w:t>
      </w:r>
      <w:r w:rsidRPr="004D27C8">
        <w:rPr>
          <w:rFonts w:asciiTheme="majorBidi" w:eastAsia="Corbel" w:hAnsiTheme="majorBidi" w:cstheme="majorBidi"/>
          <w:i/>
          <w:iCs/>
          <w:sz w:val="24"/>
          <w:szCs w:val="24"/>
        </w:rPr>
        <w:t>Teacher agency, professional development and school improvement</w:t>
      </w:r>
      <w:r w:rsidRPr="004D27C8">
        <w:rPr>
          <w:rFonts w:asciiTheme="majorBidi" w:eastAsia="Corbel" w:hAnsiTheme="majorBidi" w:cstheme="majorBidi"/>
          <w:sz w:val="24"/>
          <w:szCs w:val="24"/>
        </w:rPr>
        <w:t>. Routledge.</w:t>
      </w:r>
    </w:p>
    <w:p w14:paraId="465F1A7C"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(2018). Glocalization, English as a lingua franca and ELT: Re-conceptualizing identity and models for ELT in China. In B. Yazan &amp; N. Rudolph (Eds.), </w:t>
      </w:r>
      <w:r w:rsidRPr="004D27C8">
        <w:rPr>
          <w:rFonts w:asciiTheme="majorBidi" w:eastAsia="Corbel" w:hAnsiTheme="majorBidi" w:cstheme="majorBidi"/>
          <w:i/>
          <w:iCs/>
          <w:sz w:val="24"/>
          <w:szCs w:val="24"/>
        </w:rPr>
        <w:t>Criticality, teacher identity, and (in)equity in ELT through and beyond binaries: Issues and implications</w:t>
      </w:r>
      <w:r w:rsidRPr="004D27C8">
        <w:rPr>
          <w:rFonts w:asciiTheme="majorBidi" w:eastAsia="Corbel" w:hAnsiTheme="majorBidi" w:cstheme="majorBidi"/>
          <w:sz w:val="24"/>
          <w:szCs w:val="24"/>
        </w:rPr>
        <w:t xml:space="preserve"> (pp. 23–40). Springer.</w:t>
      </w:r>
    </w:p>
    <w:p w14:paraId="4987DDAA"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&amp; Widodo, H. P. (Eds.). (2019). </w:t>
      </w:r>
      <w:r w:rsidRPr="004D27C8">
        <w:rPr>
          <w:rFonts w:asciiTheme="majorBidi" w:eastAsia="Corbel" w:hAnsiTheme="majorBidi" w:cstheme="majorBidi"/>
          <w:i/>
          <w:iCs/>
          <w:sz w:val="24"/>
          <w:szCs w:val="24"/>
        </w:rPr>
        <w:t xml:space="preserve">Critical perspectives of 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in Asia: Language policy and curriculum, pedagogy, and assessment</w:t>
      </w:r>
      <w:r w:rsidRPr="004D27C8">
        <w:rPr>
          <w:rFonts w:asciiTheme="majorBidi" w:eastAsia="Corbel" w:hAnsiTheme="majorBidi" w:cstheme="majorBidi"/>
          <w:sz w:val="24"/>
          <w:szCs w:val="24"/>
        </w:rPr>
        <w:t xml:space="preserve">. Multilingual Matters. </w:t>
      </w:r>
      <w:hyperlink r:id="rId13" w:tgtFrame="_blank" w:history="1">
        <w:r w:rsidRPr="004D27C8">
          <w:rPr>
            <w:rStyle w:val="Hyperlink"/>
            <w:rFonts w:asciiTheme="majorBidi" w:eastAsia="Corbel" w:hAnsiTheme="majorBidi" w:cstheme="majorBidi"/>
            <w:sz w:val="24"/>
            <w:szCs w:val="24"/>
          </w:rPr>
          <w:t>https://doi.org/10.21832/9781788924108-003</w:t>
        </w:r>
      </w:hyperlink>
    </w:p>
    <w:p w14:paraId="7C4F9BB2"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Gentles, S., Charles, C., Ploeg, J., &amp; </w:t>
      </w:r>
      <w:proofErr w:type="spellStart"/>
      <w:r w:rsidRPr="004D27C8">
        <w:rPr>
          <w:rFonts w:asciiTheme="majorBidi" w:eastAsia="Corbel" w:hAnsiTheme="majorBidi" w:cstheme="majorBidi"/>
          <w:sz w:val="24"/>
          <w:szCs w:val="24"/>
        </w:rPr>
        <w:t>McKibbon</w:t>
      </w:r>
      <w:proofErr w:type="spellEnd"/>
      <w:r w:rsidRPr="004D27C8">
        <w:rPr>
          <w:rFonts w:asciiTheme="majorBidi" w:eastAsia="Corbel" w:hAnsiTheme="majorBidi" w:cstheme="majorBidi"/>
          <w:sz w:val="24"/>
          <w:szCs w:val="24"/>
        </w:rPr>
        <w:t xml:space="preserve">, K. A. (2015). Sampling in qualitative research: Insights from an overview of the methods literature. </w:t>
      </w:r>
      <w:r w:rsidRPr="004D27C8">
        <w:rPr>
          <w:rFonts w:asciiTheme="majorBidi" w:eastAsia="Corbel" w:hAnsiTheme="majorBidi" w:cstheme="majorBidi"/>
          <w:i/>
          <w:iCs/>
          <w:sz w:val="24"/>
          <w:szCs w:val="24"/>
        </w:rPr>
        <w:t>The Qualitative Report</w:t>
      </w:r>
      <w:r w:rsidRPr="004D27C8">
        <w:rPr>
          <w:rFonts w:asciiTheme="majorBidi" w:eastAsia="Corbel" w:hAnsiTheme="majorBidi" w:cstheme="majorBidi"/>
          <w:sz w:val="24"/>
          <w:szCs w:val="24"/>
        </w:rPr>
        <w:t xml:space="preserve">, 20(11), 1772–1789. </w:t>
      </w:r>
      <w:hyperlink r:id="rId14" w:tgtFrame="_blank" w:history="1">
        <w:r w:rsidRPr="004D27C8">
          <w:rPr>
            <w:rStyle w:val="Hyperlink"/>
            <w:rFonts w:asciiTheme="majorBidi" w:eastAsia="Corbel" w:hAnsiTheme="majorBidi" w:cstheme="majorBidi"/>
            <w:sz w:val="24"/>
            <w:szCs w:val="24"/>
          </w:rPr>
          <w:t>https://nsuworks.nova.edu/tqr/vol20/iss11/5</w:t>
        </w:r>
      </w:hyperlink>
    </w:p>
    <w:p w14:paraId="1514ECCF"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Heigham</w:t>
      </w:r>
      <w:proofErr w:type="spellEnd"/>
      <w:r w:rsidRPr="004D27C8">
        <w:rPr>
          <w:rFonts w:asciiTheme="majorBidi" w:eastAsia="Corbel" w:hAnsiTheme="majorBidi" w:cstheme="majorBidi"/>
          <w:sz w:val="24"/>
          <w:szCs w:val="24"/>
        </w:rPr>
        <w:t xml:space="preserve">, J., &amp; Croker, R. A. (2009). </w:t>
      </w:r>
      <w:r w:rsidRPr="004D27C8">
        <w:rPr>
          <w:rFonts w:asciiTheme="majorBidi" w:eastAsia="Corbel" w:hAnsiTheme="majorBidi" w:cstheme="majorBidi"/>
          <w:i/>
          <w:iCs/>
          <w:sz w:val="24"/>
          <w:szCs w:val="24"/>
        </w:rPr>
        <w:t>Qualitative research in applied linguistics: A practical introduction</w:t>
      </w:r>
      <w:r w:rsidRPr="004D27C8">
        <w:rPr>
          <w:rFonts w:asciiTheme="majorBidi" w:eastAsia="Corbel" w:hAnsiTheme="majorBidi" w:cstheme="majorBidi"/>
          <w:sz w:val="24"/>
          <w:szCs w:val="24"/>
        </w:rPr>
        <w:t>. Palgrave MacMillan.</w:t>
      </w:r>
    </w:p>
    <w:p w14:paraId="5ECD7F77"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Humphries, S. C., Burns, A., &amp; Tanaka, T. (2015). “My head became blank and I couldn’t speak”: Classroom factors that influence English speaking. </w:t>
      </w:r>
      <w:r w:rsidRPr="004D27C8">
        <w:rPr>
          <w:rFonts w:asciiTheme="majorBidi" w:eastAsia="Corbel" w:hAnsiTheme="majorBidi" w:cstheme="majorBidi"/>
          <w:i/>
          <w:iCs/>
          <w:sz w:val="24"/>
          <w:szCs w:val="24"/>
        </w:rPr>
        <w:t>The Asian Journal of Applied Linguistics</w:t>
      </w:r>
      <w:r w:rsidRPr="004D27C8">
        <w:rPr>
          <w:rFonts w:asciiTheme="majorBidi" w:eastAsia="Corbel" w:hAnsiTheme="majorBidi" w:cstheme="majorBidi"/>
          <w:sz w:val="24"/>
          <w:szCs w:val="24"/>
        </w:rPr>
        <w:t xml:space="preserve">, 2, 164–175. </w:t>
      </w:r>
      <w:hyperlink r:id="rId15" w:tgtFrame="_blank" w:history="1">
        <w:r w:rsidRPr="004D27C8">
          <w:rPr>
            <w:rStyle w:val="Hyperlink"/>
            <w:rFonts w:asciiTheme="majorBidi" w:eastAsia="Corbel" w:hAnsiTheme="majorBidi" w:cstheme="majorBidi"/>
            <w:sz w:val="24"/>
            <w:szCs w:val="24"/>
          </w:rPr>
          <w:t>https://caes.hku.hk/ajal/index.php/ajal/article/view/230</w:t>
        </w:r>
      </w:hyperlink>
    </w:p>
    <w:p w14:paraId="0C9FCFE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Kusumaningputri</w:t>
      </w:r>
      <w:proofErr w:type="spellEnd"/>
      <w:r w:rsidRPr="004D27C8">
        <w:rPr>
          <w:rFonts w:asciiTheme="majorBidi" w:eastAsia="Corbel" w:hAnsiTheme="majorBidi" w:cstheme="majorBidi"/>
          <w:sz w:val="24"/>
          <w:szCs w:val="24"/>
        </w:rPr>
        <w:t xml:space="preserve">, R., &amp; Widodo, H. P. (2018). Promoting Indonesian university students' critical intercultural awareness in tertiary EAL classrooms: The use of digital photograph-mediated intercultural tasks. </w:t>
      </w:r>
      <w:r w:rsidRPr="004D27C8">
        <w:rPr>
          <w:rFonts w:asciiTheme="majorBidi" w:eastAsia="Corbel" w:hAnsiTheme="majorBidi" w:cstheme="majorBidi"/>
          <w:i/>
          <w:iCs/>
          <w:sz w:val="24"/>
          <w:szCs w:val="24"/>
        </w:rPr>
        <w:t>System</w:t>
      </w:r>
      <w:r w:rsidRPr="004D27C8">
        <w:rPr>
          <w:rFonts w:asciiTheme="majorBidi" w:eastAsia="Corbel" w:hAnsiTheme="majorBidi" w:cstheme="majorBidi"/>
          <w:sz w:val="24"/>
          <w:szCs w:val="24"/>
        </w:rPr>
        <w:t xml:space="preserve">, 72, 49–61. </w:t>
      </w:r>
      <w:hyperlink r:id="rId16" w:tgtFrame="_blank" w:history="1">
        <w:r w:rsidRPr="004D27C8">
          <w:rPr>
            <w:rStyle w:val="Hyperlink"/>
            <w:rFonts w:asciiTheme="majorBidi" w:eastAsia="Corbel" w:hAnsiTheme="majorBidi" w:cstheme="majorBidi"/>
            <w:sz w:val="24"/>
            <w:szCs w:val="24"/>
          </w:rPr>
          <w:t>https://doi.org/10.1016/j.system.2017.10.003</w:t>
        </w:r>
      </w:hyperlink>
    </w:p>
    <w:p w14:paraId="69F771F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Mosek</w:t>
      </w:r>
      <w:proofErr w:type="spellEnd"/>
      <w:r w:rsidRPr="004D27C8">
        <w:rPr>
          <w:rFonts w:asciiTheme="majorBidi" w:eastAsia="Corbel" w:hAnsiTheme="majorBidi" w:cstheme="majorBidi"/>
          <w:sz w:val="24"/>
          <w:szCs w:val="24"/>
        </w:rPr>
        <w:t xml:space="preserve">, E. (2017). </w:t>
      </w:r>
      <w:r w:rsidRPr="004D27C8">
        <w:rPr>
          <w:rFonts w:asciiTheme="majorBidi" w:eastAsia="Corbel" w:hAnsiTheme="majorBidi" w:cstheme="majorBidi"/>
          <w:i/>
          <w:iCs/>
          <w:sz w:val="24"/>
          <w:szCs w:val="24"/>
        </w:rPr>
        <w:t>Team flow: The missing piece in performance</w:t>
      </w:r>
      <w:r w:rsidRPr="004D27C8">
        <w:rPr>
          <w:rFonts w:asciiTheme="majorBidi" w:eastAsia="Corbel" w:hAnsiTheme="majorBidi" w:cstheme="majorBidi"/>
          <w:sz w:val="24"/>
          <w:szCs w:val="24"/>
        </w:rPr>
        <w:t xml:space="preserve"> [Doctoral dissertation, Victoria University]. Victoria University Research Repository. </w:t>
      </w:r>
      <w:hyperlink r:id="rId17" w:tgtFrame="_blank" w:history="1">
        <w:r w:rsidRPr="004D27C8">
          <w:rPr>
            <w:rStyle w:val="Hyperlink"/>
            <w:rFonts w:asciiTheme="majorBidi" w:eastAsia="Corbel" w:hAnsiTheme="majorBidi" w:cstheme="majorBidi"/>
            <w:sz w:val="24"/>
            <w:szCs w:val="24"/>
          </w:rPr>
          <w:t>http://vuir.vu.edu.au/35038/</w:t>
        </w:r>
      </w:hyperlink>
    </w:p>
    <w:p w14:paraId="54DBC82D"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Rose, H., &amp; Galloway, N. (2019). </w:t>
      </w:r>
      <w:r w:rsidRPr="004D27C8">
        <w:rPr>
          <w:rFonts w:asciiTheme="majorBidi" w:eastAsia="Corbel" w:hAnsiTheme="majorBidi" w:cstheme="majorBidi"/>
          <w:i/>
          <w:iCs/>
          <w:sz w:val="24"/>
          <w:szCs w:val="24"/>
        </w:rPr>
        <w:t xml:space="preserve">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for language teaching</w:t>
      </w:r>
      <w:r w:rsidRPr="004D27C8">
        <w:rPr>
          <w:rFonts w:asciiTheme="majorBidi" w:eastAsia="Corbel" w:hAnsiTheme="majorBidi" w:cstheme="majorBidi"/>
          <w:sz w:val="24"/>
          <w:szCs w:val="24"/>
        </w:rPr>
        <w:t>. Cambridge University Press.</w:t>
      </w:r>
    </w:p>
    <w:p w14:paraId="0E9B5013"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Stevens, R. (2015). Role-play and student engagement: Reflections from the classroom. </w:t>
      </w:r>
      <w:r w:rsidRPr="004D27C8">
        <w:rPr>
          <w:rFonts w:asciiTheme="majorBidi" w:eastAsia="Corbel" w:hAnsiTheme="majorBidi" w:cstheme="majorBidi"/>
          <w:i/>
          <w:iCs/>
          <w:sz w:val="24"/>
          <w:szCs w:val="24"/>
        </w:rPr>
        <w:t>Teaching in Higher Education</w:t>
      </w:r>
      <w:r w:rsidRPr="004D27C8">
        <w:rPr>
          <w:rFonts w:asciiTheme="majorBidi" w:eastAsia="Corbel" w:hAnsiTheme="majorBidi" w:cstheme="majorBidi"/>
          <w:sz w:val="24"/>
          <w:szCs w:val="24"/>
        </w:rPr>
        <w:t xml:space="preserve">, 20, 481–492. </w:t>
      </w:r>
      <w:hyperlink r:id="rId18" w:tgtFrame="_blank" w:history="1">
        <w:r w:rsidRPr="004D27C8">
          <w:rPr>
            <w:rStyle w:val="Hyperlink"/>
            <w:rFonts w:asciiTheme="majorBidi" w:eastAsia="Corbel" w:hAnsiTheme="majorBidi" w:cstheme="majorBidi"/>
            <w:sz w:val="24"/>
            <w:szCs w:val="24"/>
          </w:rPr>
          <w:t>https://doi.org/10.1080/13562517.2015.1020778</w:t>
        </w:r>
      </w:hyperlink>
    </w:p>
    <w:p w14:paraId="775BA7B0"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 xml:space="preserve">Wang, C., &amp; Burris, M. A. (1997). Photovoice: Concept, methodology, and use for participatory needs assessment. </w:t>
      </w:r>
      <w:r w:rsidRPr="004D27C8">
        <w:rPr>
          <w:rFonts w:asciiTheme="majorBidi" w:eastAsia="Corbel" w:hAnsiTheme="majorBidi" w:cstheme="majorBidi"/>
          <w:i/>
          <w:iCs/>
          <w:sz w:val="24"/>
          <w:szCs w:val="24"/>
        </w:rPr>
        <w:t>Health Education &amp; Behavior</w:t>
      </w:r>
      <w:r w:rsidRPr="004D27C8">
        <w:rPr>
          <w:rFonts w:asciiTheme="majorBidi" w:eastAsia="Corbel" w:hAnsiTheme="majorBidi" w:cstheme="majorBidi"/>
          <w:sz w:val="24"/>
          <w:szCs w:val="24"/>
        </w:rPr>
        <w:t xml:space="preserve">, 24(3), 369–387. </w:t>
      </w:r>
      <w:hyperlink r:id="rId19" w:tgtFrame="_blank" w:history="1">
        <w:r w:rsidRPr="004D27C8">
          <w:rPr>
            <w:rStyle w:val="Hyperlink"/>
            <w:rFonts w:asciiTheme="majorBidi" w:eastAsia="Corbel" w:hAnsiTheme="majorBidi" w:cstheme="majorBidi"/>
            <w:sz w:val="24"/>
            <w:szCs w:val="24"/>
          </w:rPr>
          <w:t>https://doi.org/10.1177/109019819702400309</w:t>
        </w:r>
      </w:hyperlink>
    </w:p>
    <w:p w14:paraId="123D1363"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(2016). Teaching English for specific purposes (ESP): English for vocational purposes (EVP). In W. A. </w:t>
      </w:r>
      <w:proofErr w:type="spellStart"/>
      <w:r w:rsidRPr="004D27C8">
        <w:rPr>
          <w:rFonts w:asciiTheme="majorBidi" w:eastAsia="Corbel" w:hAnsiTheme="majorBidi" w:cstheme="majorBidi"/>
          <w:sz w:val="24"/>
          <w:szCs w:val="24"/>
        </w:rPr>
        <w:t>Renandya</w:t>
      </w:r>
      <w:proofErr w:type="spellEnd"/>
      <w:r w:rsidRPr="004D27C8">
        <w:rPr>
          <w:rFonts w:asciiTheme="majorBidi" w:eastAsia="Corbel" w:hAnsiTheme="majorBidi" w:cstheme="majorBidi"/>
          <w:sz w:val="24"/>
          <w:szCs w:val="24"/>
        </w:rPr>
        <w:t xml:space="preserve"> &amp; H. P. Widodo (Eds.), </w:t>
      </w:r>
      <w:r w:rsidRPr="004D27C8">
        <w:rPr>
          <w:rFonts w:asciiTheme="majorBidi" w:eastAsia="Corbel" w:hAnsiTheme="majorBidi" w:cstheme="majorBidi"/>
          <w:i/>
          <w:iCs/>
          <w:sz w:val="24"/>
          <w:szCs w:val="24"/>
        </w:rPr>
        <w:t>English language teaching today</w:t>
      </w:r>
      <w:r w:rsidRPr="004D27C8">
        <w:rPr>
          <w:rFonts w:asciiTheme="majorBidi" w:eastAsia="Corbel" w:hAnsiTheme="majorBidi" w:cstheme="majorBidi"/>
          <w:sz w:val="24"/>
          <w:szCs w:val="24"/>
        </w:rPr>
        <w:t xml:space="preserve"> (pp. 277–291). Springer.</w:t>
      </w:r>
    </w:p>
    <w:p w14:paraId="4C1D6799"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Fang, F., &amp; </w:t>
      </w:r>
      <w:proofErr w:type="spellStart"/>
      <w:r w:rsidRPr="004D27C8">
        <w:rPr>
          <w:rFonts w:asciiTheme="majorBidi" w:eastAsia="Corbel" w:hAnsiTheme="majorBidi" w:cstheme="majorBidi"/>
          <w:sz w:val="24"/>
          <w:szCs w:val="24"/>
        </w:rPr>
        <w:t>Elyas</w:t>
      </w:r>
      <w:proofErr w:type="spellEnd"/>
      <w:r w:rsidRPr="004D27C8">
        <w:rPr>
          <w:rFonts w:asciiTheme="majorBidi" w:eastAsia="Corbel" w:hAnsiTheme="majorBidi" w:cstheme="majorBidi"/>
          <w:sz w:val="24"/>
          <w:szCs w:val="24"/>
        </w:rPr>
        <w:t xml:space="preserve">, T. (2020). The construction of language teacher professional identity in the Global </w:t>
      </w:r>
      <w:proofErr w:type="spellStart"/>
      <w:r w:rsidRPr="004D27C8">
        <w:rPr>
          <w:rFonts w:asciiTheme="majorBidi" w:eastAsia="Corbel" w:hAnsiTheme="majorBidi" w:cstheme="majorBidi"/>
          <w:sz w:val="24"/>
          <w:szCs w:val="24"/>
        </w:rPr>
        <w:t>Englishes</w:t>
      </w:r>
      <w:proofErr w:type="spellEnd"/>
      <w:r w:rsidRPr="004D27C8">
        <w:rPr>
          <w:rFonts w:asciiTheme="majorBidi" w:eastAsia="Corbel" w:hAnsiTheme="majorBidi" w:cstheme="majorBidi"/>
          <w:sz w:val="24"/>
          <w:szCs w:val="24"/>
        </w:rPr>
        <w:t xml:space="preserve"> territory: ‘We are legitimate language </w:t>
      </w:r>
      <w:proofErr w:type="gramStart"/>
      <w:r w:rsidRPr="004D27C8">
        <w:rPr>
          <w:rFonts w:asciiTheme="majorBidi" w:eastAsia="Corbel" w:hAnsiTheme="majorBidi" w:cstheme="majorBidi"/>
          <w:sz w:val="24"/>
          <w:szCs w:val="24"/>
        </w:rPr>
        <w:t>teachers’</w:t>
      </w:r>
      <w:proofErr w:type="gramEnd"/>
      <w:r w:rsidRPr="004D27C8">
        <w:rPr>
          <w:rFonts w:asciiTheme="majorBidi" w:eastAsia="Corbel" w:hAnsiTheme="majorBidi" w:cstheme="majorBidi"/>
          <w:sz w:val="24"/>
          <w:szCs w:val="24"/>
        </w:rPr>
        <w:t xml:space="preserve">. </w:t>
      </w:r>
      <w:r w:rsidRPr="004D27C8">
        <w:rPr>
          <w:rFonts w:asciiTheme="majorBidi" w:eastAsia="Corbel" w:hAnsiTheme="majorBidi" w:cstheme="majorBidi"/>
          <w:i/>
          <w:iCs/>
          <w:sz w:val="24"/>
          <w:szCs w:val="24"/>
        </w:rPr>
        <w:t xml:space="preserve">Asian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sz w:val="24"/>
          <w:szCs w:val="24"/>
        </w:rPr>
        <w:t xml:space="preserve">, 22(3), 1–8. </w:t>
      </w:r>
      <w:hyperlink r:id="rId20" w:tgtFrame="_blank" w:history="1">
        <w:r w:rsidRPr="004D27C8">
          <w:rPr>
            <w:rStyle w:val="Hyperlink"/>
            <w:rFonts w:asciiTheme="majorBidi" w:eastAsia="Corbel" w:hAnsiTheme="majorBidi" w:cstheme="majorBidi"/>
            <w:sz w:val="24"/>
            <w:szCs w:val="24"/>
          </w:rPr>
          <w:t>https://doi.org/10.1080/13488678.2020.1732683</w:t>
        </w:r>
      </w:hyperlink>
    </w:p>
    <w:p w14:paraId="7C8414A2" w14:textId="539C0156" w:rsidR="00B44A88" w:rsidRPr="002C0D15" w:rsidRDefault="004D27C8" w:rsidP="00986803">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&amp; </w:t>
      </w:r>
      <w:proofErr w:type="spellStart"/>
      <w:r w:rsidRPr="004D27C8">
        <w:rPr>
          <w:rFonts w:asciiTheme="majorBidi" w:eastAsia="Corbel" w:hAnsiTheme="majorBidi" w:cstheme="majorBidi"/>
          <w:sz w:val="24"/>
          <w:szCs w:val="24"/>
        </w:rPr>
        <w:t>Ferdiansyah</w:t>
      </w:r>
      <w:proofErr w:type="spellEnd"/>
      <w:r w:rsidRPr="004D27C8">
        <w:rPr>
          <w:rFonts w:asciiTheme="majorBidi" w:eastAsia="Corbel" w:hAnsiTheme="majorBidi" w:cstheme="majorBidi"/>
          <w:sz w:val="24"/>
          <w:szCs w:val="24"/>
        </w:rPr>
        <w:t xml:space="preserve">, S. (2018). Engaging student teachers in video-mediated self-reflection in teaching </w:t>
      </w:r>
      <w:proofErr w:type="spellStart"/>
      <w:r w:rsidRPr="004D27C8">
        <w:rPr>
          <w:rFonts w:asciiTheme="majorBidi" w:eastAsia="Corbel" w:hAnsiTheme="majorBidi" w:cstheme="majorBidi"/>
          <w:sz w:val="24"/>
          <w:szCs w:val="24"/>
        </w:rPr>
        <w:t>practica</w:t>
      </w:r>
      <w:proofErr w:type="spellEnd"/>
      <w:r w:rsidRPr="004D27C8">
        <w:rPr>
          <w:rFonts w:asciiTheme="majorBidi" w:eastAsia="Corbel" w:hAnsiTheme="majorBidi" w:cstheme="majorBidi"/>
          <w:sz w:val="24"/>
          <w:szCs w:val="24"/>
        </w:rPr>
        <w:t xml:space="preserve">. In K. J. Kennedy &amp; J. C-K. Lee (Eds.), </w:t>
      </w:r>
      <w:r w:rsidRPr="004D27C8">
        <w:rPr>
          <w:rFonts w:asciiTheme="majorBidi" w:eastAsia="Corbel" w:hAnsiTheme="majorBidi" w:cstheme="majorBidi"/>
          <w:i/>
          <w:iCs/>
          <w:sz w:val="24"/>
          <w:szCs w:val="24"/>
        </w:rPr>
        <w:t>The Routledge handbook of schools and schooling in Asia</w:t>
      </w:r>
      <w:r w:rsidRPr="004D27C8">
        <w:rPr>
          <w:rFonts w:asciiTheme="majorBidi" w:eastAsia="Corbel" w:hAnsiTheme="majorBidi" w:cstheme="majorBidi"/>
          <w:sz w:val="24"/>
          <w:szCs w:val="24"/>
        </w:rPr>
        <w:t xml:space="preserve"> (pp. 922–934). Routledge.</w:t>
      </w:r>
    </w:p>
    <w:p w14:paraId="22EC1D9B" w14:textId="77777777" w:rsidR="00986803" w:rsidRPr="002C0D15" w:rsidRDefault="00986803" w:rsidP="00986803">
      <w:pPr>
        <w:spacing w:after="120"/>
        <w:ind w:left="425" w:hanging="425"/>
        <w:rPr>
          <w:rFonts w:asciiTheme="majorBidi" w:eastAsia="Corbel" w:hAnsiTheme="majorBidi" w:cstheme="majorBidi"/>
          <w:sz w:val="24"/>
          <w:szCs w:val="24"/>
        </w:rPr>
      </w:pPr>
    </w:p>
    <w:p w14:paraId="72188163" w14:textId="77777777" w:rsidR="00B44A88" w:rsidRPr="002C0D15" w:rsidRDefault="00B44A88" w:rsidP="00B44A88">
      <w:pPr>
        <w:spacing w:after="120"/>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b/>
          <w:color w:val="000000"/>
          <w:sz w:val="24"/>
          <w:szCs w:val="24"/>
          <w:lang w:val="en-GB"/>
        </w:rPr>
        <w:t>Suggested Reviewers</w:t>
      </w:r>
      <w:r w:rsidRPr="002C0D15">
        <w:rPr>
          <w:rFonts w:asciiTheme="majorBidi" w:eastAsia="Corbel" w:hAnsiTheme="majorBidi" w:cstheme="majorBidi"/>
          <w:color w:val="000000"/>
          <w:sz w:val="24"/>
          <w:szCs w:val="24"/>
          <w:lang w:val="en-GB"/>
        </w:rPr>
        <w:t xml:space="preserve"> </w:t>
      </w:r>
    </w:p>
    <w:p w14:paraId="7DBF74C9" w14:textId="33150A02" w:rsidR="00B44A88" w:rsidRPr="002C0D15" w:rsidRDefault="00B44A88" w:rsidP="00B44A88">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Please suggest 3-5 reviewers for this article. We may select reviewers from the list below in case we have no appropriate reviewers for this topic.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653"/>
      </w:tblGrid>
      <w:tr w:rsidR="00B44A88" w:rsidRPr="002C0D15" w14:paraId="2AC300B8" w14:textId="77777777" w:rsidTr="00276EBE">
        <w:tc>
          <w:tcPr>
            <w:tcW w:w="4395" w:type="dxa"/>
          </w:tcPr>
          <w:p w14:paraId="34F02C5F"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7CE2FAF8"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E-mail: @gmail.com</w:t>
            </w:r>
          </w:p>
        </w:tc>
      </w:tr>
      <w:tr w:rsidR="00B44A88" w:rsidRPr="002C0D15" w14:paraId="0024E7D7" w14:textId="77777777" w:rsidTr="00276EBE">
        <w:tc>
          <w:tcPr>
            <w:tcW w:w="9179" w:type="dxa"/>
            <w:gridSpan w:val="2"/>
          </w:tcPr>
          <w:p w14:paraId="15FF59CE"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22DED8D5" w14:textId="77777777" w:rsidR="00B44A88" w:rsidRPr="002C0D15" w:rsidRDefault="00B44A88" w:rsidP="00B44A88">
      <w:pPr>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B44A88" w:rsidRPr="002C0D15" w14:paraId="5A1421C3" w14:textId="77777777" w:rsidTr="00276EBE">
        <w:tc>
          <w:tcPr>
            <w:tcW w:w="4395" w:type="dxa"/>
          </w:tcPr>
          <w:p w14:paraId="5A311FEC"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29A27FF8"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6EBC0711" w14:textId="77777777" w:rsidTr="00276EBE">
        <w:tc>
          <w:tcPr>
            <w:tcW w:w="9179" w:type="dxa"/>
            <w:gridSpan w:val="2"/>
          </w:tcPr>
          <w:p w14:paraId="5160196B"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3E681847" w14:textId="77777777" w:rsidR="00B44A88" w:rsidRPr="002C0D15" w:rsidRDefault="00B44A88" w:rsidP="00B44A88">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B44A88" w:rsidRPr="002C0D15" w14:paraId="4746A4D2" w14:textId="77777777" w:rsidTr="00276EBE">
        <w:tc>
          <w:tcPr>
            <w:tcW w:w="4395" w:type="dxa"/>
          </w:tcPr>
          <w:p w14:paraId="3A78346F"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30805B98"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053ED00E" w14:textId="77777777" w:rsidTr="00276EBE">
        <w:tc>
          <w:tcPr>
            <w:tcW w:w="9179" w:type="dxa"/>
            <w:gridSpan w:val="2"/>
          </w:tcPr>
          <w:p w14:paraId="7C2DD484"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55C0658D" w14:textId="77777777" w:rsidR="00B44A88" w:rsidRPr="002C0D15" w:rsidRDefault="00B44A88" w:rsidP="00B44A88">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B44A88" w:rsidRPr="002C0D15" w14:paraId="61B522BE" w14:textId="77777777" w:rsidTr="00276EBE">
        <w:tc>
          <w:tcPr>
            <w:tcW w:w="4395" w:type="dxa"/>
          </w:tcPr>
          <w:p w14:paraId="5104C277"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3EA52CD1"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6E3AC316" w14:textId="77777777" w:rsidTr="00276EBE">
        <w:tc>
          <w:tcPr>
            <w:tcW w:w="9179" w:type="dxa"/>
            <w:gridSpan w:val="2"/>
          </w:tcPr>
          <w:p w14:paraId="7D02C489"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6A7CB417" w14:textId="77777777" w:rsidR="00B44A88" w:rsidRPr="002C0D15" w:rsidRDefault="00B44A88" w:rsidP="002C0D15">
      <w:pPr>
        <w:spacing w:after="120"/>
        <w:jc w:val="both"/>
        <w:rPr>
          <w:rFonts w:asciiTheme="majorBidi" w:hAnsiTheme="majorBidi" w:cstheme="majorBidi"/>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38750D" w:rsidRPr="002C0D15" w14:paraId="006A89E5" w14:textId="77777777" w:rsidTr="00276EBE">
        <w:tc>
          <w:tcPr>
            <w:tcW w:w="4395" w:type="dxa"/>
          </w:tcPr>
          <w:p w14:paraId="7FE34AFE"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4DC101B0"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38750D" w:rsidRPr="002C0D15" w14:paraId="24FFB4EE" w14:textId="77777777" w:rsidTr="00276EBE">
        <w:tc>
          <w:tcPr>
            <w:tcW w:w="9179" w:type="dxa"/>
            <w:gridSpan w:val="2"/>
          </w:tcPr>
          <w:p w14:paraId="1238B836"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6331D8F0" w14:textId="77777777" w:rsidR="00B44A88" w:rsidRPr="002C0D15" w:rsidRDefault="00B44A88" w:rsidP="002C0D15">
      <w:pPr>
        <w:spacing w:after="120"/>
        <w:jc w:val="both"/>
        <w:rPr>
          <w:rFonts w:asciiTheme="majorBidi" w:hAnsiTheme="majorBidi" w:cstheme="majorBidi"/>
          <w:sz w:val="24"/>
          <w:szCs w:val="28"/>
        </w:rPr>
      </w:pPr>
    </w:p>
    <w:p w14:paraId="03131511" w14:textId="77777777" w:rsidR="00B44A88" w:rsidRPr="002C0D15" w:rsidRDefault="00B44A88" w:rsidP="002C0D15">
      <w:pPr>
        <w:spacing w:after="120"/>
        <w:jc w:val="both"/>
        <w:rPr>
          <w:rFonts w:asciiTheme="majorBidi" w:hAnsiTheme="majorBidi" w:cstheme="majorBidi"/>
          <w:sz w:val="24"/>
          <w:szCs w:val="28"/>
        </w:rPr>
      </w:pPr>
    </w:p>
    <w:sectPr w:rsidR="00B44A88" w:rsidRPr="002C0D15" w:rsidSect="0040629C">
      <w:headerReference w:type="first" r:id="rId21"/>
      <w:footerReference w:type="first" r:id="rId2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A7C1D" w14:textId="77777777" w:rsidR="00D156AD" w:rsidRDefault="00D156AD" w:rsidP="00867091">
      <w:pPr>
        <w:spacing w:after="0" w:line="240" w:lineRule="auto"/>
      </w:pPr>
      <w:r>
        <w:separator/>
      </w:r>
    </w:p>
  </w:endnote>
  <w:endnote w:type="continuationSeparator" w:id="0">
    <w:p w14:paraId="373B9D86" w14:textId="77777777" w:rsidR="00D156AD" w:rsidRDefault="00D156AD" w:rsidP="00867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8616" w14:textId="2E580563" w:rsidR="00867091" w:rsidRDefault="00AA7E46" w:rsidP="0016794B">
    <w:pPr>
      <w:pBdr>
        <w:top w:val="single" w:sz="4" w:space="1" w:color="CCCCCC"/>
      </w:pBdr>
      <w:spacing w:before="480" w:after="80"/>
    </w:pPr>
    <w:r>
      <w:rPr>
        <w:b/>
        <w:sz w:val="15"/>
      </w:rPr>
      <w:t>*</w:t>
    </w:r>
    <w:r w:rsidR="0016794B">
      <w:rPr>
        <w:b/>
        <w:color w:val="C00000"/>
        <w:sz w:val="15"/>
      </w:rPr>
      <w:t>CONTACT</w:t>
    </w:r>
    <w:r w:rsidR="00867091" w:rsidRPr="0016794B">
      <w:rPr>
        <w:b/>
        <w:color w:val="C00000"/>
        <w:sz w:val="15"/>
      </w:rPr>
      <w:t xml:space="preserve"> </w:t>
    </w:r>
    <w:r w:rsidRPr="00AA7E46">
      <w:rPr>
        <w:b/>
        <w:sz w:val="15"/>
        <w:vertAlign w:val="superscript"/>
      </w:rPr>
      <w:t>1</w:t>
    </w:r>
    <w:r w:rsidRPr="00AA7E46">
      <w:rPr>
        <w:b/>
        <w:sz w:val="15"/>
      </w:rPr>
      <w:t xml:space="preserve">Olivia </w:t>
    </w:r>
    <w:r w:rsidRPr="00AA7E46">
      <w:rPr>
        <w:b/>
        <w:bCs/>
        <w:sz w:val="15"/>
      </w:rPr>
      <w:t>Brown</w:t>
    </w:r>
    <w:r w:rsidRPr="00AA7E46">
      <w:rPr>
        <w:sz w:val="15"/>
        <w:u w:val="single"/>
      </w:rPr>
      <w:t xml:space="preserve"> </w:t>
    </w:r>
    <w:r>
      <w:rPr>
        <w:sz w:val="15"/>
        <w:u w:val="single"/>
      </w:rPr>
      <w:t>oliva</w:t>
    </w:r>
    <w:r w:rsidR="00867091">
      <w:rPr>
        <w:sz w:val="15"/>
        <w:u w:val="single"/>
      </w:rPr>
      <w:t>.</w:t>
    </w:r>
    <w:r>
      <w:rPr>
        <w:sz w:val="15"/>
        <w:u w:val="single"/>
      </w:rPr>
      <w:t>brown</w:t>
    </w:r>
    <w:r w:rsidR="00867091">
      <w:rPr>
        <w:sz w:val="15"/>
        <w:u w:val="single"/>
      </w:rPr>
      <w:t>@</w:t>
    </w:r>
    <w:r>
      <w:rPr>
        <w:sz w:val="15"/>
        <w:u w:val="single"/>
      </w:rPr>
      <w:t>abc</w:t>
    </w:r>
    <w:r w:rsidR="00867091">
      <w:rPr>
        <w:sz w:val="15"/>
        <w:u w:val="single"/>
      </w:rPr>
      <w:t>.edu.</w:t>
    </w:r>
    <w:r>
      <w:rPr>
        <w:sz w:val="15"/>
        <w:u w:val="single"/>
      </w:rPr>
      <w:t>uk</w:t>
    </w:r>
    <w:r w:rsidR="00867091">
      <w:rPr>
        <w:sz w:val="15"/>
        <w:u w:val="single"/>
      </w:rPr>
      <w:t xml:space="preserve"> </w:t>
    </w:r>
    <w:r>
      <w:rPr>
        <w:sz w:val="15"/>
      </w:rPr>
      <w:t>Faculty of</w:t>
    </w:r>
    <w:r w:rsidR="00867091">
      <w:rPr>
        <w:sz w:val="15"/>
      </w:rPr>
      <w:t xml:space="preserve"> Education, </w:t>
    </w:r>
    <w:r>
      <w:rPr>
        <w:sz w:val="15"/>
      </w:rPr>
      <w:t>ABC</w:t>
    </w:r>
    <w:r w:rsidR="00867091">
      <w:rPr>
        <w:sz w:val="15"/>
      </w:rPr>
      <w:t xml:space="preserve"> University, </w:t>
    </w:r>
    <w:r>
      <w:rPr>
        <w:sz w:val="15"/>
      </w:rPr>
      <w:t xml:space="preserve">London, England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9661C" w14:textId="77777777" w:rsidR="00D156AD" w:rsidRDefault="00D156AD" w:rsidP="00867091">
      <w:pPr>
        <w:spacing w:after="0" w:line="240" w:lineRule="auto"/>
      </w:pPr>
      <w:r>
        <w:separator/>
      </w:r>
    </w:p>
  </w:footnote>
  <w:footnote w:type="continuationSeparator" w:id="0">
    <w:p w14:paraId="538140CC" w14:textId="77777777" w:rsidR="00D156AD" w:rsidRDefault="00D156AD" w:rsidP="00867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478"/>
    </w:tblGrid>
    <w:tr w:rsidR="00867091" w14:paraId="52EB6EF1" w14:textId="77777777" w:rsidTr="007D388D">
      <w:tc>
        <w:tcPr>
          <w:tcW w:w="5076" w:type="dxa"/>
        </w:tcPr>
        <w:p w14:paraId="1D71E8A4" w14:textId="6E6DA9E2" w:rsidR="00867091" w:rsidRDefault="00C370D8" w:rsidP="007D388D">
          <w:pPr>
            <w:pStyle w:val="Header"/>
            <w:spacing w:before="360"/>
          </w:pPr>
          <w:r>
            <w:rPr>
              <w:b/>
              <w:sz w:val="17"/>
            </w:rPr>
            <w:t xml:space="preserve">AUREVIAJ JOURNAL OF </w:t>
          </w:r>
          <w:r w:rsidR="00480174">
            <w:rPr>
              <w:b/>
              <w:sz w:val="17"/>
            </w:rPr>
            <w:t xml:space="preserve">ENGINEERING AND TECHNOLOGY   </w:t>
          </w:r>
          <w:r w:rsidR="007D388D">
            <w:rPr>
              <w:b/>
              <w:sz w:val="17"/>
            </w:rPr>
            <w:br/>
          </w:r>
          <w:r w:rsidR="007D388D">
            <w:rPr>
              <w:color w:val="646464"/>
              <w:sz w:val="16"/>
            </w:rPr>
            <w:t>https://doi.org/10.</w:t>
          </w:r>
          <w:r w:rsidR="00480174">
            <w:rPr>
              <w:color w:val="646464"/>
              <w:sz w:val="16"/>
            </w:rPr>
            <w:t>xxx</w:t>
          </w:r>
          <w:r w:rsidR="007D388D">
            <w:rPr>
              <w:color w:val="646464"/>
              <w:sz w:val="16"/>
            </w:rPr>
            <w:t>/</w:t>
          </w:r>
          <w:r w:rsidR="00480174">
            <w:rPr>
              <w:color w:val="646464"/>
              <w:sz w:val="16"/>
            </w:rPr>
            <w:t>xxxx-xxxx</w:t>
          </w:r>
        </w:p>
      </w:tc>
      <w:tc>
        <w:tcPr>
          <w:tcW w:w="5076" w:type="dxa"/>
        </w:tcPr>
        <w:p w14:paraId="35F6AA2E" w14:textId="2E9130E9" w:rsidR="00867091" w:rsidRDefault="00074AF2" w:rsidP="00867091">
          <w:pPr>
            <w:pStyle w:val="Header"/>
            <w:bidi/>
          </w:pPr>
          <w:r>
            <w:rPr>
              <w:noProof/>
            </w:rPr>
            <w:drawing>
              <wp:anchor distT="0" distB="0" distL="114300" distR="114300" simplePos="0" relativeHeight="251658240" behindDoc="0" locked="0" layoutInCell="1" allowOverlap="1" wp14:anchorId="130E24D4" wp14:editId="38047005">
                <wp:simplePos x="0" y="0"/>
                <wp:positionH relativeFrom="margin">
                  <wp:posOffset>1830070</wp:posOffset>
                </wp:positionH>
                <wp:positionV relativeFrom="margin">
                  <wp:posOffset>19685</wp:posOffset>
                </wp:positionV>
                <wp:extent cx="902970" cy="43942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srcRect l="10714" t="1" r="9459" b="13573"/>
                        <a:stretch/>
                      </pic:blipFill>
                      <pic:spPr bwMode="auto">
                        <a:xfrm>
                          <a:off x="0" y="0"/>
                          <a:ext cx="902970" cy="43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B52F1C3" w14:textId="4A4F4762" w:rsidR="00867091" w:rsidRPr="000C3A25" w:rsidRDefault="0086709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4443A"/>
    <w:multiLevelType w:val="multilevel"/>
    <w:tmpl w:val="3DD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C68A7"/>
    <w:multiLevelType w:val="multilevel"/>
    <w:tmpl w:val="2CC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59369B"/>
    <w:multiLevelType w:val="multilevel"/>
    <w:tmpl w:val="34B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36A92"/>
    <w:multiLevelType w:val="hybridMultilevel"/>
    <w:tmpl w:val="523C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31698"/>
    <w:multiLevelType w:val="multilevel"/>
    <w:tmpl w:val="F74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B221D"/>
    <w:multiLevelType w:val="hybridMultilevel"/>
    <w:tmpl w:val="EA7ADED0"/>
    <w:lvl w:ilvl="0" w:tplc="37122E0E">
      <w:start w:val="2"/>
      <w:numFmt w:val="bullet"/>
      <w:lvlText w:val="·"/>
      <w:lvlJc w:val="left"/>
      <w:pPr>
        <w:ind w:left="1170" w:hanging="450"/>
      </w:pPr>
      <w:rPr>
        <w:rFonts w:ascii="Corbel" w:eastAsia="Corbel" w:hAnsi="Corbel" w:cs="Corbe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555C3"/>
    <w:multiLevelType w:val="multilevel"/>
    <w:tmpl w:val="ACD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A0CA0"/>
    <w:multiLevelType w:val="multilevel"/>
    <w:tmpl w:val="240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90B60"/>
    <w:multiLevelType w:val="multilevel"/>
    <w:tmpl w:val="06868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079EE"/>
    <w:multiLevelType w:val="multilevel"/>
    <w:tmpl w:val="EA2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75831"/>
    <w:multiLevelType w:val="multilevel"/>
    <w:tmpl w:val="428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32420"/>
    <w:multiLevelType w:val="multilevel"/>
    <w:tmpl w:val="36D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B6B2D"/>
    <w:multiLevelType w:val="multilevel"/>
    <w:tmpl w:val="C1B2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0534AE"/>
    <w:multiLevelType w:val="hybridMultilevel"/>
    <w:tmpl w:val="55B6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4"/>
  </w:num>
  <w:num w:numId="12">
    <w:abstractNumId w:val="16"/>
  </w:num>
  <w:num w:numId="13">
    <w:abstractNumId w:val="10"/>
  </w:num>
  <w:num w:numId="14">
    <w:abstractNumId w:val="17"/>
  </w:num>
  <w:num w:numId="15">
    <w:abstractNumId w:val="13"/>
  </w:num>
  <w:num w:numId="16">
    <w:abstractNumId w:val="9"/>
  </w:num>
  <w:num w:numId="17">
    <w:abstractNumId w:val="21"/>
  </w:num>
  <w:num w:numId="18">
    <w:abstractNumId w:val="11"/>
  </w:num>
  <w:num w:numId="19">
    <w:abstractNumId w:val="20"/>
  </w:num>
  <w:num w:numId="20">
    <w:abstractNumId w:val="18"/>
  </w:num>
  <w:num w:numId="21">
    <w:abstractNumId w:val="15"/>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wMzQzMTQ2MjM2NTZR0lEKTi0uzszPAykwqQUAyRstwCwAAAA="/>
  </w:docVars>
  <w:rsids>
    <w:rsidRoot w:val="00B47730"/>
    <w:rsid w:val="000153CE"/>
    <w:rsid w:val="00034616"/>
    <w:rsid w:val="0006063C"/>
    <w:rsid w:val="00074AF2"/>
    <w:rsid w:val="000C3A25"/>
    <w:rsid w:val="00117B67"/>
    <w:rsid w:val="00141F04"/>
    <w:rsid w:val="0015074B"/>
    <w:rsid w:val="0016794B"/>
    <w:rsid w:val="00187924"/>
    <w:rsid w:val="0029639D"/>
    <w:rsid w:val="002C0D15"/>
    <w:rsid w:val="00326F90"/>
    <w:rsid w:val="0038750D"/>
    <w:rsid w:val="0040629C"/>
    <w:rsid w:val="0041231F"/>
    <w:rsid w:val="0042153C"/>
    <w:rsid w:val="004307C3"/>
    <w:rsid w:val="00480174"/>
    <w:rsid w:val="004D27C8"/>
    <w:rsid w:val="0050662B"/>
    <w:rsid w:val="00547FB9"/>
    <w:rsid w:val="005A7006"/>
    <w:rsid w:val="005C4AE0"/>
    <w:rsid w:val="00634277"/>
    <w:rsid w:val="00665F9C"/>
    <w:rsid w:val="00766948"/>
    <w:rsid w:val="00785BCD"/>
    <w:rsid w:val="007B3D60"/>
    <w:rsid w:val="007D388D"/>
    <w:rsid w:val="00867091"/>
    <w:rsid w:val="00946660"/>
    <w:rsid w:val="00986803"/>
    <w:rsid w:val="00A37820"/>
    <w:rsid w:val="00A63FDD"/>
    <w:rsid w:val="00AA1D8D"/>
    <w:rsid w:val="00AA7E46"/>
    <w:rsid w:val="00AE0684"/>
    <w:rsid w:val="00B118EC"/>
    <w:rsid w:val="00B270FA"/>
    <w:rsid w:val="00B44A88"/>
    <w:rsid w:val="00B47730"/>
    <w:rsid w:val="00B55B20"/>
    <w:rsid w:val="00B70F8E"/>
    <w:rsid w:val="00C370D8"/>
    <w:rsid w:val="00C64701"/>
    <w:rsid w:val="00CB0664"/>
    <w:rsid w:val="00D156AD"/>
    <w:rsid w:val="00ED2E29"/>
    <w:rsid w:val="00F52B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8FC19B"/>
  <w14:defaultImageDpi w14:val="300"/>
  <w15:docId w15:val="{615E1EC6-0260-46CF-9E0C-D9CB7334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22222"/>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0629C"/>
    <w:rPr>
      <w:color w:val="0000FF" w:themeColor="hyperlink"/>
      <w:u w:val="single"/>
    </w:rPr>
  </w:style>
  <w:style w:type="character" w:styleId="UnresolvedMention">
    <w:name w:val="Unresolved Mention"/>
    <w:basedOn w:val="DefaultParagraphFont"/>
    <w:uiPriority w:val="99"/>
    <w:semiHidden/>
    <w:unhideWhenUsed/>
    <w:rsid w:val="0040629C"/>
    <w:rPr>
      <w:color w:val="605E5C"/>
      <w:shd w:val="clear" w:color="auto" w:fill="E1DFD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B44A88"/>
    <w:rPr>
      <w:rFonts w:ascii="Calibri" w:hAnsi="Calibri"/>
      <w:color w:val="22222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6589">
      <w:bodyDiv w:val="1"/>
      <w:marLeft w:val="0"/>
      <w:marRight w:val="0"/>
      <w:marTop w:val="0"/>
      <w:marBottom w:val="0"/>
      <w:divBdr>
        <w:top w:val="none" w:sz="0" w:space="0" w:color="auto"/>
        <w:left w:val="none" w:sz="0" w:space="0" w:color="auto"/>
        <w:bottom w:val="none" w:sz="0" w:space="0" w:color="auto"/>
        <w:right w:val="none" w:sz="0" w:space="0" w:color="auto"/>
      </w:divBdr>
    </w:div>
    <w:div w:id="521893332">
      <w:bodyDiv w:val="1"/>
      <w:marLeft w:val="0"/>
      <w:marRight w:val="0"/>
      <w:marTop w:val="0"/>
      <w:marBottom w:val="0"/>
      <w:divBdr>
        <w:top w:val="none" w:sz="0" w:space="0" w:color="auto"/>
        <w:left w:val="none" w:sz="0" w:space="0" w:color="auto"/>
        <w:bottom w:val="none" w:sz="0" w:space="0" w:color="auto"/>
        <w:right w:val="none" w:sz="0" w:space="0" w:color="auto"/>
      </w:divBdr>
    </w:div>
    <w:div w:id="635256710">
      <w:bodyDiv w:val="1"/>
      <w:marLeft w:val="0"/>
      <w:marRight w:val="0"/>
      <w:marTop w:val="0"/>
      <w:marBottom w:val="0"/>
      <w:divBdr>
        <w:top w:val="none" w:sz="0" w:space="0" w:color="auto"/>
        <w:left w:val="none" w:sz="0" w:space="0" w:color="auto"/>
        <w:bottom w:val="none" w:sz="0" w:space="0" w:color="auto"/>
        <w:right w:val="none" w:sz="0" w:space="0" w:color="auto"/>
      </w:divBdr>
    </w:div>
    <w:div w:id="703139402">
      <w:bodyDiv w:val="1"/>
      <w:marLeft w:val="0"/>
      <w:marRight w:val="0"/>
      <w:marTop w:val="0"/>
      <w:marBottom w:val="0"/>
      <w:divBdr>
        <w:top w:val="none" w:sz="0" w:space="0" w:color="auto"/>
        <w:left w:val="none" w:sz="0" w:space="0" w:color="auto"/>
        <w:bottom w:val="none" w:sz="0" w:space="0" w:color="auto"/>
        <w:right w:val="none" w:sz="0" w:space="0" w:color="auto"/>
      </w:divBdr>
    </w:div>
    <w:div w:id="969478935">
      <w:bodyDiv w:val="1"/>
      <w:marLeft w:val="0"/>
      <w:marRight w:val="0"/>
      <w:marTop w:val="0"/>
      <w:marBottom w:val="0"/>
      <w:divBdr>
        <w:top w:val="none" w:sz="0" w:space="0" w:color="auto"/>
        <w:left w:val="none" w:sz="0" w:space="0" w:color="auto"/>
        <w:bottom w:val="none" w:sz="0" w:space="0" w:color="auto"/>
        <w:right w:val="none" w:sz="0" w:space="0" w:color="auto"/>
      </w:divBdr>
    </w:div>
    <w:div w:id="1350831547">
      <w:bodyDiv w:val="1"/>
      <w:marLeft w:val="0"/>
      <w:marRight w:val="0"/>
      <w:marTop w:val="0"/>
      <w:marBottom w:val="0"/>
      <w:divBdr>
        <w:top w:val="none" w:sz="0" w:space="0" w:color="auto"/>
        <w:left w:val="none" w:sz="0" w:space="0" w:color="auto"/>
        <w:bottom w:val="none" w:sz="0" w:space="0" w:color="auto"/>
        <w:right w:val="none" w:sz="0" w:space="0" w:color="auto"/>
      </w:divBdr>
    </w:div>
    <w:div w:id="1899977123">
      <w:bodyDiv w:val="1"/>
      <w:marLeft w:val="0"/>
      <w:marRight w:val="0"/>
      <w:marTop w:val="0"/>
      <w:marBottom w:val="0"/>
      <w:divBdr>
        <w:top w:val="none" w:sz="0" w:space="0" w:color="auto"/>
        <w:left w:val="none" w:sz="0" w:space="0" w:color="auto"/>
        <w:bottom w:val="none" w:sz="0" w:space="0" w:color="auto"/>
        <w:right w:val="none" w:sz="0" w:space="0" w:color="auto"/>
      </w:divBdr>
      <w:divsChild>
        <w:div w:id="1342971308">
          <w:marLeft w:val="0"/>
          <w:marRight w:val="0"/>
          <w:marTop w:val="0"/>
          <w:marBottom w:val="0"/>
          <w:divBdr>
            <w:top w:val="none" w:sz="0" w:space="0" w:color="auto"/>
            <w:left w:val="none" w:sz="0" w:space="0" w:color="auto"/>
            <w:bottom w:val="none" w:sz="0" w:space="0" w:color="auto"/>
            <w:right w:val="none" w:sz="0" w:space="0" w:color="auto"/>
          </w:divBdr>
          <w:divsChild>
            <w:div w:id="1115127789">
              <w:marLeft w:val="0"/>
              <w:marRight w:val="0"/>
              <w:marTop w:val="0"/>
              <w:marBottom w:val="0"/>
              <w:divBdr>
                <w:top w:val="none" w:sz="0" w:space="0" w:color="auto"/>
                <w:left w:val="none" w:sz="0" w:space="0" w:color="auto"/>
                <w:bottom w:val="none" w:sz="0" w:space="0" w:color="auto"/>
                <w:right w:val="none" w:sz="0" w:space="0" w:color="auto"/>
              </w:divBdr>
              <w:divsChild>
                <w:div w:id="12190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832/9781788924108-003" TargetMode="External"/><Relationship Id="rId18" Type="http://schemas.openxmlformats.org/officeDocument/2006/relationships/hyperlink" Target="https://doi.org/10.1080/13562517.2015.10207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80/07908318.2016.1144764" TargetMode="External"/><Relationship Id="rId17" Type="http://schemas.openxmlformats.org/officeDocument/2006/relationships/hyperlink" Target="http://vuir.vu.edu.au/35038/" TargetMode="External"/><Relationship Id="rId2" Type="http://schemas.openxmlformats.org/officeDocument/2006/relationships/numbering" Target="numbering.xml"/><Relationship Id="rId16" Type="http://schemas.openxmlformats.org/officeDocument/2006/relationships/hyperlink" Target="https://doi.org/10.1016/j.system.2017.10.003" TargetMode="External"/><Relationship Id="rId20" Type="http://schemas.openxmlformats.org/officeDocument/2006/relationships/hyperlink" Target="https://doi.org/10.1080/13488678.2020.1732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01/978131516657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es.hku.hk/ajal/index.php/ajal/article/view/230"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doi.org/10.1177/1090198197024003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suworks.nova.edu/tqr/vol20/iss11/5"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Abdullah Noori</cp:lastModifiedBy>
  <cp:revision>10</cp:revision>
  <dcterms:created xsi:type="dcterms:W3CDTF">2026-08-04T06:13:00Z</dcterms:created>
  <dcterms:modified xsi:type="dcterms:W3CDTF">2026-08-04T07:41:00Z</dcterms:modified>
  <cp:category/>
</cp:coreProperties>
</file>