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C00000"/>
        <w:tblLook w:val="04A0" w:firstRow="1" w:lastRow="0" w:firstColumn="1" w:lastColumn="0" w:noHBand="0" w:noVBand="1"/>
      </w:tblPr>
      <w:tblGrid>
        <w:gridCol w:w="4498"/>
        <w:gridCol w:w="4498"/>
      </w:tblGrid>
      <w:tr w:rsidR="000C3A25" w:rsidRPr="000C3A25" w14:paraId="79CA976F" w14:textId="77777777" w:rsidTr="000C3A25">
        <w:tc>
          <w:tcPr>
            <w:tcW w:w="4508" w:type="dxa"/>
            <w:shd w:val="clear" w:color="auto" w:fill="C00000"/>
          </w:tcPr>
          <w:p w14:paraId="51BFD81D" w14:textId="77777777" w:rsidR="000C3A25" w:rsidRPr="000C3A25" w:rsidRDefault="000C3A25" w:rsidP="009F584E">
            <w:pPr>
              <w:rPr>
                <w:rFonts w:asciiTheme="majorBidi" w:hAnsiTheme="majorBidi" w:cstheme="majorBidi"/>
                <w:b/>
                <w:color w:val="EEECE1" w:themeColor="background2"/>
                <w:sz w:val="18"/>
                <w:szCs w:val="18"/>
              </w:rPr>
            </w:pPr>
            <w:r w:rsidRPr="000C3A25">
              <w:rPr>
                <w:rFonts w:asciiTheme="majorBidi" w:hAnsiTheme="majorBidi" w:cstheme="majorBidi"/>
                <w:b/>
                <w:color w:val="EEECE1" w:themeColor="background2"/>
                <w:sz w:val="18"/>
                <w:szCs w:val="18"/>
              </w:rPr>
              <w:t>Research Article</w:t>
            </w:r>
          </w:p>
        </w:tc>
        <w:tc>
          <w:tcPr>
            <w:tcW w:w="4508" w:type="dxa"/>
            <w:shd w:val="clear" w:color="auto" w:fill="C00000"/>
          </w:tcPr>
          <w:p w14:paraId="47D2B730" w14:textId="0716C11C" w:rsidR="000C3A25" w:rsidRPr="000C3A25" w:rsidRDefault="000C3A25" w:rsidP="009F584E">
            <w:pPr>
              <w:jc w:val="right"/>
              <w:rPr>
                <w:rFonts w:asciiTheme="majorBidi" w:hAnsiTheme="majorBidi" w:cstheme="majorBidi"/>
                <w:b/>
                <w:color w:val="EEECE1" w:themeColor="background2"/>
                <w:sz w:val="18"/>
                <w:szCs w:val="18"/>
              </w:rPr>
            </w:pPr>
            <w:r w:rsidRPr="000C3A25">
              <w:rPr>
                <w:rFonts w:asciiTheme="majorBidi" w:hAnsiTheme="majorBidi" w:cstheme="majorBidi"/>
                <w:b/>
                <w:bCs/>
                <w:noProof/>
                <w:color w:val="EEECE1" w:themeColor="background2"/>
                <w:sz w:val="18"/>
                <w:szCs w:val="18"/>
              </w:rPr>
              <w:t>Open Ac</w:t>
            </w:r>
            <w:r>
              <w:rPr>
                <w:rFonts w:asciiTheme="majorBidi" w:hAnsiTheme="majorBidi" w:cstheme="majorBidi"/>
                <w:b/>
                <w:bCs/>
                <w:noProof/>
                <w:color w:val="EEECE1" w:themeColor="background2"/>
                <w:sz w:val="18"/>
                <w:szCs w:val="18"/>
              </w:rPr>
              <w:t>c</w:t>
            </w:r>
            <w:r w:rsidRPr="000C3A25">
              <w:rPr>
                <w:rFonts w:asciiTheme="majorBidi" w:hAnsiTheme="majorBidi" w:cstheme="majorBidi"/>
                <w:b/>
                <w:bCs/>
                <w:noProof/>
                <w:color w:val="EEECE1" w:themeColor="background2"/>
                <w:sz w:val="18"/>
                <w:szCs w:val="18"/>
              </w:rPr>
              <w:t>ess</w:t>
            </w:r>
          </w:p>
        </w:tc>
      </w:tr>
    </w:tbl>
    <w:p w14:paraId="4C671EAA" w14:textId="7660FF76" w:rsidR="005C4AE0" w:rsidRPr="002C0D15" w:rsidRDefault="00AE0684" w:rsidP="000C3A25">
      <w:pPr>
        <w:spacing w:before="240" w:after="120"/>
        <w:rPr>
          <w:rFonts w:asciiTheme="majorBidi" w:hAnsiTheme="majorBidi" w:cstheme="majorBidi"/>
        </w:rPr>
      </w:pPr>
      <w:r w:rsidRPr="00AE0684">
        <w:rPr>
          <w:rFonts w:asciiTheme="majorBidi" w:hAnsiTheme="majorBidi" w:cstheme="majorBidi"/>
          <w:b/>
          <w:color w:val="800020"/>
          <w:sz w:val="30"/>
        </w:rPr>
        <w:t>Corporate governance and financial resilience in renewable energy firms during economic downturns</w:t>
      </w:r>
    </w:p>
    <w:p w14:paraId="2B10381A" w14:textId="18B31056" w:rsidR="005C4AE0" w:rsidRPr="002C0D15" w:rsidRDefault="00187924" w:rsidP="00187924">
      <w:pPr>
        <w:spacing w:after="120"/>
        <w:rPr>
          <w:rFonts w:asciiTheme="majorBidi" w:hAnsiTheme="majorBidi" w:cstheme="majorBidi"/>
          <w:szCs w:val="20"/>
        </w:rPr>
      </w:pPr>
      <w:r w:rsidRPr="00187924">
        <w:rPr>
          <w:rFonts w:asciiTheme="majorBidi" w:hAnsiTheme="majorBidi" w:cstheme="majorBidi"/>
          <w:b/>
          <w:szCs w:val="20"/>
          <w:vertAlign w:val="superscript"/>
        </w:rPr>
        <w:t>1</w:t>
      </w:r>
      <w:r w:rsidRPr="00187924">
        <w:rPr>
          <w:rFonts w:asciiTheme="majorBidi" w:hAnsiTheme="majorBidi" w:cstheme="majorBidi"/>
          <w:b/>
          <w:szCs w:val="20"/>
        </w:rPr>
        <w:t>Olivia</w:t>
      </w:r>
      <w:r>
        <w:rPr>
          <w:rFonts w:asciiTheme="majorBidi" w:hAnsiTheme="majorBidi" w:cstheme="majorBidi"/>
          <w:b/>
          <w:szCs w:val="20"/>
        </w:rPr>
        <w:t xml:space="preserve"> </w:t>
      </w:r>
      <w:r w:rsidRPr="00187924">
        <w:rPr>
          <w:rFonts w:asciiTheme="majorBidi" w:hAnsiTheme="majorBidi" w:cstheme="majorBidi"/>
          <w:b/>
          <w:bCs/>
          <w:szCs w:val="20"/>
        </w:rPr>
        <w:t>Brown</w:t>
      </w:r>
      <w:r w:rsidRPr="00187924">
        <w:rPr>
          <w:rFonts w:asciiTheme="majorBidi" w:hAnsiTheme="majorBidi" w:cstheme="majorBidi"/>
          <w:b/>
          <w:bCs/>
          <w:szCs w:val="20"/>
          <w:vertAlign w:val="superscript"/>
        </w:rPr>
        <w:t>*</w:t>
      </w:r>
      <w:r w:rsidRPr="00187924">
        <w:rPr>
          <w:rFonts w:asciiTheme="majorBidi" w:hAnsiTheme="majorBidi" w:cstheme="majorBidi"/>
          <w:b/>
          <w:szCs w:val="20"/>
        </w:rPr>
        <w:t xml:space="preserve"> </w:t>
      </w:r>
      <w:r w:rsidR="00B44A88" w:rsidRPr="002C0D15">
        <w:rPr>
          <w:rFonts w:asciiTheme="majorBidi" w:eastAsia="Times New Roman" w:hAnsiTheme="majorBidi" w:cstheme="majorBidi"/>
          <w:noProof/>
          <w:color w:val="auto"/>
          <w:szCs w:val="20"/>
        </w:rPr>
        <w:drawing>
          <wp:inline distT="0" distB="0" distL="0" distR="0" wp14:anchorId="063DB629" wp14:editId="793E8E73">
            <wp:extent cx="152400" cy="152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B44A88" w:rsidRPr="002C0D15">
        <w:rPr>
          <w:rFonts w:asciiTheme="majorBidi" w:hAnsiTheme="majorBidi" w:cstheme="majorBidi"/>
          <w:b/>
          <w:szCs w:val="20"/>
        </w:rPr>
        <w:t xml:space="preserve"> </w:t>
      </w:r>
      <w:r w:rsidR="00ED2E29" w:rsidRPr="002C0D15">
        <w:rPr>
          <w:rFonts w:asciiTheme="majorBidi" w:hAnsiTheme="majorBidi" w:cstheme="majorBidi"/>
          <w:szCs w:val="20"/>
        </w:rPr>
        <w:t xml:space="preserve">and </w:t>
      </w:r>
      <w:r w:rsidRPr="00187924">
        <w:rPr>
          <w:rFonts w:asciiTheme="majorBidi" w:hAnsiTheme="majorBidi" w:cstheme="majorBidi"/>
          <w:b/>
          <w:bCs/>
          <w:szCs w:val="20"/>
          <w:vertAlign w:val="superscript"/>
        </w:rPr>
        <w:t>2</w:t>
      </w:r>
      <w:r w:rsidRPr="00187924">
        <w:rPr>
          <w:rFonts w:asciiTheme="majorBidi" w:hAnsiTheme="majorBidi" w:cstheme="majorBidi"/>
          <w:b/>
          <w:szCs w:val="20"/>
        </w:rPr>
        <w:t>James Smith</w:t>
      </w:r>
      <w:r w:rsidR="00B44A88" w:rsidRPr="002C0D15">
        <w:rPr>
          <w:rFonts w:asciiTheme="majorBidi" w:eastAsia="Times New Roman" w:hAnsiTheme="majorBidi" w:cstheme="majorBidi"/>
          <w:noProof/>
          <w:color w:val="auto"/>
          <w:szCs w:val="20"/>
        </w:rPr>
        <w:drawing>
          <wp:inline distT="0" distB="0" distL="0" distR="0" wp14:anchorId="79471E32" wp14:editId="385E5395">
            <wp:extent cx="152400" cy="152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844F6D8" w14:textId="3937B1BD" w:rsidR="005C4AE0" w:rsidRPr="002C0D15" w:rsidRDefault="00187924">
      <w:pPr>
        <w:spacing w:after="320"/>
        <w:rPr>
          <w:rFonts w:asciiTheme="majorBidi" w:hAnsiTheme="majorBidi" w:cstheme="majorBidi"/>
        </w:rPr>
      </w:pPr>
      <w:r>
        <w:rPr>
          <w:rFonts w:asciiTheme="majorBidi" w:hAnsiTheme="majorBidi" w:cstheme="majorBidi"/>
          <w:i/>
          <w:sz w:val="18"/>
        </w:rPr>
        <w:t>Faculty</w:t>
      </w:r>
      <w:r w:rsidR="00ED2E29" w:rsidRPr="002C0D15">
        <w:rPr>
          <w:rFonts w:asciiTheme="majorBidi" w:hAnsiTheme="majorBidi" w:cstheme="majorBidi"/>
          <w:i/>
          <w:sz w:val="18"/>
        </w:rPr>
        <w:t xml:space="preserve"> of Education, </w:t>
      </w:r>
      <w:r>
        <w:rPr>
          <w:rFonts w:asciiTheme="majorBidi" w:hAnsiTheme="majorBidi" w:cstheme="majorBidi"/>
          <w:i/>
          <w:sz w:val="18"/>
        </w:rPr>
        <w:t>ABC</w:t>
      </w:r>
      <w:r w:rsidR="00ED2E29" w:rsidRPr="002C0D15">
        <w:rPr>
          <w:rFonts w:asciiTheme="majorBidi" w:hAnsiTheme="majorBidi" w:cstheme="majorBidi"/>
          <w:i/>
          <w:sz w:val="18"/>
        </w:rPr>
        <w:t xml:space="preserve"> University, </w:t>
      </w:r>
      <w:r>
        <w:rPr>
          <w:rFonts w:asciiTheme="majorBidi" w:hAnsiTheme="majorBidi" w:cstheme="majorBidi"/>
          <w:i/>
          <w:sz w:val="18"/>
        </w:rPr>
        <w:t>London</w:t>
      </w:r>
      <w:r w:rsidR="00ED2E29" w:rsidRPr="002C0D15">
        <w:rPr>
          <w:rFonts w:asciiTheme="majorBidi" w:hAnsiTheme="majorBidi" w:cstheme="majorBidi"/>
          <w:i/>
          <w:sz w:val="18"/>
        </w:rPr>
        <w:t xml:space="preserve">, </w:t>
      </w:r>
      <w:r>
        <w:rPr>
          <w:rFonts w:asciiTheme="majorBidi" w:hAnsiTheme="majorBidi" w:cstheme="majorBidi"/>
          <w:i/>
          <w:sz w:val="18"/>
        </w:rPr>
        <w:t xml:space="preserve">England </w:t>
      </w:r>
    </w:p>
    <w:tbl>
      <w:tblPr>
        <w:tblW w:w="9379" w:type="dxa"/>
        <w:tblInd w:w="180" w:type="dxa"/>
        <w:tblLayout w:type="fixed"/>
        <w:tblLook w:val="04A0" w:firstRow="1" w:lastRow="0" w:firstColumn="1" w:lastColumn="0" w:noHBand="0" w:noVBand="1"/>
      </w:tblPr>
      <w:tblGrid>
        <w:gridCol w:w="1521"/>
        <w:gridCol w:w="5425"/>
        <w:gridCol w:w="2433"/>
      </w:tblGrid>
      <w:tr w:rsidR="00867091" w:rsidRPr="002C0D15" w14:paraId="295411F9" w14:textId="77777777" w:rsidTr="00A63FDD">
        <w:trPr>
          <w:trHeight w:val="125"/>
        </w:trPr>
        <w:tc>
          <w:tcPr>
            <w:tcW w:w="6946" w:type="dxa"/>
            <w:gridSpan w:val="2"/>
            <w:tcBorders>
              <w:top w:val="single" w:sz="12" w:space="0" w:color="auto"/>
              <w:bottom w:val="single" w:sz="12" w:space="0" w:color="auto"/>
            </w:tcBorders>
            <w:shd w:val="clear" w:color="auto" w:fill="F4F4F5"/>
            <w:tcMar>
              <w:top w:w="140" w:type="dxa"/>
              <w:left w:w="180" w:type="dxa"/>
              <w:bottom w:w="140" w:type="dxa"/>
              <w:right w:w="180" w:type="dxa"/>
            </w:tcMar>
          </w:tcPr>
          <w:p w14:paraId="6802A98A" w14:textId="128C4BBA" w:rsidR="00867091" w:rsidRPr="002C0D15" w:rsidRDefault="00867091" w:rsidP="0040629C">
            <w:pPr>
              <w:spacing w:after="0" w:line="240" w:lineRule="auto"/>
              <w:rPr>
                <w:rFonts w:asciiTheme="majorBidi" w:hAnsiTheme="majorBidi" w:cstheme="majorBidi"/>
              </w:rPr>
            </w:pPr>
            <w:r w:rsidRPr="002C0D15">
              <w:rPr>
                <w:rFonts w:asciiTheme="majorBidi" w:hAnsiTheme="majorBidi" w:cstheme="majorBidi"/>
                <w:b/>
                <w:color w:val="800020"/>
                <w:szCs w:val="24"/>
              </w:rPr>
              <w:t>ABSTRACT</w:t>
            </w:r>
          </w:p>
        </w:tc>
        <w:tc>
          <w:tcPr>
            <w:tcW w:w="2433" w:type="dxa"/>
            <w:tcBorders>
              <w:top w:val="single" w:sz="12" w:space="0" w:color="auto"/>
              <w:bottom w:val="single" w:sz="12" w:space="0" w:color="auto"/>
            </w:tcBorders>
            <w:tcMar>
              <w:top w:w="40" w:type="dxa"/>
              <w:left w:w="140" w:type="dxa"/>
              <w:bottom w:w="40" w:type="dxa"/>
              <w:right w:w="40" w:type="dxa"/>
            </w:tcMar>
          </w:tcPr>
          <w:p w14:paraId="492EF404" w14:textId="1EDB0F28" w:rsidR="00867091" w:rsidRPr="002C0D15" w:rsidRDefault="0040629C" w:rsidP="0040629C">
            <w:pPr>
              <w:spacing w:after="0" w:line="240" w:lineRule="auto"/>
              <w:rPr>
                <w:rFonts w:asciiTheme="majorBidi" w:hAnsiTheme="majorBidi" w:cstheme="majorBidi"/>
              </w:rPr>
            </w:pPr>
            <w:r w:rsidRPr="002C0D15">
              <w:rPr>
                <w:rFonts w:asciiTheme="majorBidi" w:hAnsiTheme="majorBidi" w:cstheme="majorBidi"/>
                <w:b/>
                <w:color w:val="800020"/>
                <w:sz w:val="17"/>
              </w:rPr>
              <w:t>ARTICLE HISTORY</w:t>
            </w:r>
          </w:p>
        </w:tc>
      </w:tr>
      <w:tr w:rsidR="005C4AE0" w:rsidRPr="002C0D15" w14:paraId="59CA018F" w14:textId="77777777" w:rsidTr="00885750">
        <w:trPr>
          <w:trHeight w:val="3175"/>
        </w:trPr>
        <w:tc>
          <w:tcPr>
            <w:tcW w:w="6946" w:type="dxa"/>
            <w:gridSpan w:val="2"/>
            <w:tcBorders>
              <w:top w:val="single" w:sz="12" w:space="0" w:color="auto"/>
              <w:bottom w:val="single" w:sz="12" w:space="0" w:color="auto"/>
            </w:tcBorders>
            <w:shd w:val="clear" w:color="auto" w:fill="F4F4F5"/>
            <w:tcMar>
              <w:top w:w="140" w:type="dxa"/>
              <w:left w:w="180" w:type="dxa"/>
              <w:bottom w:w="140" w:type="dxa"/>
              <w:right w:w="180" w:type="dxa"/>
            </w:tcMar>
          </w:tcPr>
          <w:p w14:paraId="3DA29F89" w14:textId="601912DC" w:rsidR="005C4AE0" w:rsidRPr="002C0D15" w:rsidRDefault="00B44A88" w:rsidP="00B44A88">
            <w:pPr>
              <w:spacing w:after="0" w:line="252" w:lineRule="auto"/>
              <w:jc w:val="both"/>
              <w:rPr>
                <w:rFonts w:asciiTheme="majorBidi" w:hAnsiTheme="majorBidi" w:cstheme="majorBidi"/>
                <w:szCs w:val="28"/>
              </w:rPr>
            </w:pPr>
            <w:r w:rsidRPr="00B44A88">
              <w:rPr>
                <w:rFonts w:asciiTheme="majorBidi" w:hAnsiTheme="majorBidi" w:cstheme="majorBidi"/>
                <w:szCs w:val="28"/>
              </w:rPr>
              <w:t xml:space="preserve">The abstract must be a concise, single-paragraph summary of </w:t>
            </w:r>
            <w:r w:rsidR="004D27C8" w:rsidRPr="002C0D15">
              <w:rPr>
                <w:rFonts w:asciiTheme="majorBidi" w:hAnsiTheme="majorBidi" w:cstheme="majorBidi"/>
                <w:szCs w:val="28"/>
              </w:rPr>
              <w:t>180</w:t>
            </w:r>
            <w:r w:rsidRPr="00B44A88">
              <w:rPr>
                <w:rFonts w:asciiTheme="majorBidi" w:hAnsiTheme="majorBidi" w:cstheme="majorBidi"/>
                <w:szCs w:val="28"/>
              </w:rPr>
              <w:t xml:space="preserve">–200 words. Format this section in 10-pt </w:t>
            </w:r>
            <w:r w:rsidR="00B270FA">
              <w:rPr>
                <w:rFonts w:asciiTheme="majorBidi" w:hAnsiTheme="majorBidi" w:cstheme="majorBidi"/>
                <w:szCs w:val="28"/>
              </w:rPr>
              <w:t>Times New Roman</w:t>
            </w:r>
            <w:r w:rsidRPr="00B44A88">
              <w:rPr>
                <w:rFonts w:asciiTheme="majorBidi" w:hAnsiTheme="majorBidi" w:cstheme="majorBidi"/>
                <w:szCs w:val="28"/>
              </w:rPr>
              <w:t xml:space="preserve"> font with single line spacing. It should offer a complete overview of your study by covering the research gap, primary objective, methodology, key findings, and broader practical or theoretical implications. Write in clear, accessible language, avoiding niche technical jargon and non-standard abbreviations.</w:t>
            </w:r>
            <w:r w:rsidRPr="002C0D15">
              <w:rPr>
                <w:rFonts w:asciiTheme="majorBidi" w:hAnsiTheme="majorBidi" w:cstheme="majorBidi"/>
                <w:szCs w:val="28"/>
              </w:rPr>
              <w:t xml:space="preserve"> </w:t>
            </w:r>
            <w:r w:rsidRPr="00B44A88">
              <w:rPr>
                <w:rFonts w:asciiTheme="majorBidi" w:hAnsiTheme="majorBidi" w:cstheme="majorBidi"/>
                <w:szCs w:val="28"/>
              </w:rPr>
              <w:t>Position the abstract at the top of the first page directly below the title, author details, institutional affiliations, and the email address of the designated corresponding author (who remains responsible for managing all communication during peer review, publication, and post-publication inquiries regarding methodology and materials).</w:t>
            </w:r>
            <w:r w:rsidRPr="002C0D15">
              <w:rPr>
                <w:rFonts w:asciiTheme="majorBidi" w:hAnsiTheme="majorBidi" w:cstheme="majorBidi"/>
                <w:szCs w:val="28"/>
              </w:rPr>
              <w:t xml:space="preserve"> </w:t>
            </w:r>
            <w:r w:rsidRPr="00B44A88">
              <w:rPr>
                <w:rFonts w:asciiTheme="majorBidi" w:hAnsiTheme="majorBidi" w:cstheme="majorBidi"/>
                <w:szCs w:val="28"/>
              </w:rPr>
              <w:t>Immediately following the abstract, list 3–5 keywords or phrases separated by semicolons (;). Select widely recognized terms directly relevant to your topic to optimize database indexing and discoverability. Limit abbreviations to those universally accepted within your field</w:t>
            </w:r>
            <w:r w:rsidR="00ED2E29" w:rsidRPr="002C0D15">
              <w:rPr>
                <w:rFonts w:asciiTheme="majorBidi" w:hAnsiTheme="majorBidi" w:cstheme="majorBidi"/>
                <w:szCs w:val="28"/>
              </w:rPr>
              <w:t>.</w:t>
            </w:r>
          </w:p>
        </w:tc>
        <w:tc>
          <w:tcPr>
            <w:tcW w:w="2433" w:type="dxa"/>
            <w:tcBorders>
              <w:top w:val="single" w:sz="12" w:space="0" w:color="auto"/>
            </w:tcBorders>
            <w:tcMar>
              <w:top w:w="40" w:type="dxa"/>
              <w:left w:w="140" w:type="dxa"/>
              <w:bottom w:w="40" w:type="dxa"/>
              <w:right w:w="40" w:type="dxa"/>
            </w:tcMar>
          </w:tcPr>
          <w:p w14:paraId="7D4C8BE2" w14:textId="3E526A60" w:rsidR="0040629C" w:rsidRPr="002C0D15" w:rsidRDefault="00ED2E29" w:rsidP="0040629C">
            <w:pPr>
              <w:spacing w:after="240" w:line="252" w:lineRule="auto"/>
              <w:rPr>
                <w:rFonts w:asciiTheme="majorBidi" w:hAnsiTheme="majorBidi" w:cstheme="majorBidi"/>
              </w:rPr>
            </w:pPr>
            <w:r w:rsidRPr="002C0D15">
              <w:rPr>
                <w:rFonts w:asciiTheme="majorBidi" w:hAnsiTheme="majorBidi" w:cstheme="majorBidi"/>
                <w:sz w:val="17"/>
              </w:rPr>
              <w:t>Received 29 April 2026</w:t>
            </w:r>
            <w:r w:rsidRPr="002C0D15">
              <w:rPr>
                <w:rFonts w:asciiTheme="majorBidi" w:hAnsiTheme="majorBidi" w:cstheme="majorBidi"/>
                <w:sz w:val="17"/>
              </w:rPr>
              <w:br/>
              <w:t>Accepted 16 July 2026</w:t>
            </w:r>
          </w:p>
          <w:p w14:paraId="7AC7C095" w14:textId="77777777" w:rsidR="0040629C" w:rsidRPr="002C0D15" w:rsidRDefault="0040629C" w:rsidP="0040629C">
            <w:pPr>
              <w:spacing w:after="240" w:line="252" w:lineRule="auto"/>
              <w:rPr>
                <w:rFonts w:asciiTheme="majorBidi" w:hAnsiTheme="majorBidi" w:cstheme="majorBidi"/>
              </w:rPr>
            </w:pPr>
          </w:p>
          <w:p w14:paraId="0A4F59B4" w14:textId="77777777" w:rsidR="0040629C" w:rsidRPr="002C0D15" w:rsidRDefault="0040629C">
            <w:pPr>
              <w:spacing w:after="40"/>
              <w:rPr>
                <w:rFonts w:asciiTheme="majorBidi" w:hAnsiTheme="majorBidi" w:cstheme="majorBidi"/>
                <w:b/>
                <w:color w:val="800020"/>
                <w:sz w:val="17"/>
              </w:rPr>
            </w:pPr>
          </w:p>
          <w:p w14:paraId="4A12F519" w14:textId="7C9F676A" w:rsidR="005C4AE0" w:rsidRPr="002C0D15" w:rsidRDefault="00ED2E29">
            <w:pPr>
              <w:spacing w:after="40"/>
              <w:rPr>
                <w:rFonts w:asciiTheme="majorBidi" w:hAnsiTheme="majorBidi" w:cstheme="majorBidi"/>
              </w:rPr>
            </w:pPr>
            <w:r w:rsidRPr="002C0D15">
              <w:rPr>
                <w:rFonts w:asciiTheme="majorBidi" w:hAnsiTheme="majorBidi" w:cstheme="majorBidi"/>
                <w:b/>
                <w:color w:val="800020"/>
                <w:sz w:val="17"/>
              </w:rPr>
              <w:t>KEYWORDS</w:t>
            </w:r>
          </w:p>
          <w:p w14:paraId="54519B92" w14:textId="069F8169" w:rsidR="005C4AE0" w:rsidRPr="002C0D15" w:rsidRDefault="00AE0684" w:rsidP="00AE0684">
            <w:pPr>
              <w:spacing w:after="0" w:line="252" w:lineRule="auto"/>
              <w:rPr>
                <w:rFonts w:asciiTheme="majorBidi" w:hAnsiTheme="majorBidi" w:cstheme="majorBidi"/>
              </w:rPr>
            </w:pPr>
            <w:r w:rsidRPr="00AE0684">
              <w:rPr>
                <w:rFonts w:asciiTheme="majorBidi" w:hAnsiTheme="majorBidi" w:cstheme="majorBidi"/>
                <w:sz w:val="17"/>
              </w:rPr>
              <w:t>Corporate governance; financial performance; renewable energy sector; risk management; economic resilience</w:t>
            </w:r>
          </w:p>
        </w:tc>
      </w:tr>
      <w:tr w:rsidR="00885750" w:rsidRPr="00885750" w14:paraId="2777AEB2" w14:textId="77777777" w:rsidTr="00885750">
        <w:trPr>
          <w:trHeight w:val="109"/>
        </w:trPr>
        <w:tc>
          <w:tcPr>
            <w:tcW w:w="6946" w:type="dxa"/>
            <w:gridSpan w:val="2"/>
            <w:tcBorders>
              <w:top w:val="single" w:sz="12" w:space="0" w:color="auto"/>
              <w:bottom w:val="single" w:sz="12" w:space="0" w:color="auto"/>
            </w:tcBorders>
            <w:shd w:val="clear" w:color="auto" w:fill="F4F4F5"/>
            <w:tcMar>
              <w:top w:w="140" w:type="dxa"/>
              <w:left w:w="180" w:type="dxa"/>
              <w:bottom w:w="140" w:type="dxa"/>
              <w:right w:w="180" w:type="dxa"/>
            </w:tcMar>
          </w:tcPr>
          <w:p w14:paraId="7F61A47E" w14:textId="75AD2F07" w:rsidR="00885750" w:rsidRPr="00885750" w:rsidRDefault="00885750" w:rsidP="0040629C">
            <w:pPr>
              <w:spacing w:after="0" w:line="240" w:lineRule="auto"/>
              <w:rPr>
                <w:rFonts w:asciiTheme="majorBidi" w:hAnsiTheme="majorBidi" w:cstheme="majorBidi"/>
                <w:bCs/>
                <w:color w:val="000000" w:themeColor="text1"/>
                <w:sz w:val="2"/>
                <w:szCs w:val="4"/>
              </w:rPr>
            </w:pPr>
            <w:r w:rsidRPr="00665F9C">
              <w:rPr>
                <w:rFonts w:asciiTheme="majorBidi" w:hAnsiTheme="majorBidi" w:cstheme="majorBidi"/>
                <w:b/>
                <w:bCs/>
                <w:sz w:val="18"/>
                <w:szCs w:val="18"/>
              </w:rPr>
              <w:t xml:space="preserve">Cite as: </w:t>
            </w:r>
            <w:r w:rsidRPr="00665F9C">
              <w:rPr>
                <w:rFonts w:asciiTheme="majorBidi" w:hAnsiTheme="majorBidi" w:cstheme="majorBidi"/>
                <w:sz w:val="18"/>
                <w:szCs w:val="18"/>
              </w:rPr>
              <w:t xml:space="preserve">Brown, O., &amp; Smith, J. (2026). </w:t>
            </w:r>
            <w:r w:rsidR="00477166" w:rsidRPr="00477166">
              <w:rPr>
                <w:rFonts w:asciiTheme="majorBidi" w:hAnsiTheme="majorBidi" w:cstheme="majorBidi"/>
                <w:sz w:val="18"/>
                <w:szCs w:val="18"/>
              </w:rPr>
              <w:t>Corporate governance and financial resilience in renewable energy firms during economic downturns</w:t>
            </w:r>
            <w:r w:rsidRPr="00665F9C">
              <w:rPr>
                <w:rFonts w:asciiTheme="majorBidi" w:hAnsiTheme="majorBidi" w:cstheme="majorBidi"/>
                <w:sz w:val="18"/>
                <w:szCs w:val="18"/>
              </w:rPr>
              <w:t xml:space="preserve">. </w:t>
            </w:r>
            <w:r w:rsidR="00477166">
              <w:rPr>
                <w:rFonts w:asciiTheme="majorBidi" w:hAnsiTheme="majorBidi" w:cstheme="majorBidi"/>
                <w:i/>
                <w:iCs/>
                <w:sz w:val="18"/>
                <w:szCs w:val="18"/>
              </w:rPr>
              <w:t xml:space="preserve">Aureviaj </w:t>
            </w:r>
            <w:r w:rsidRPr="00665F9C">
              <w:rPr>
                <w:rFonts w:asciiTheme="majorBidi" w:hAnsiTheme="majorBidi" w:cstheme="majorBidi"/>
                <w:i/>
                <w:iCs/>
                <w:sz w:val="18"/>
                <w:szCs w:val="18"/>
              </w:rPr>
              <w:t xml:space="preserve">Journal of </w:t>
            </w:r>
            <w:r w:rsidR="00477166">
              <w:rPr>
                <w:rFonts w:asciiTheme="majorBidi" w:hAnsiTheme="majorBidi" w:cstheme="majorBidi"/>
                <w:i/>
                <w:iCs/>
                <w:sz w:val="18"/>
                <w:szCs w:val="18"/>
              </w:rPr>
              <w:t>Social Sciences and Humanities</w:t>
            </w:r>
            <w:r w:rsidRPr="00665F9C">
              <w:rPr>
                <w:rFonts w:asciiTheme="majorBidi" w:hAnsiTheme="majorBidi" w:cstheme="majorBidi"/>
                <w:i/>
                <w:iCs/>
                <w:sz w:val="18"/>
                <w:szCs w:val="18"/>
              </w:rPr>
              <w:t>. 1</w:t>
            </w:r>
            <w:r w:rsidRPr="00665F9C">
              <w:rPr>
                <w:rFonts w:asciiTheme="majorBidi" w:hAnsiTheme="majorBidi" w:cstheme="majorBidi"/>
                <w:sz w:val="18"/>
                <w:szCs w:val="18"/>
              </w:rPr>
              <w:t>(1), 1-14</w:t>
            </w:r>
            <w:r>
              <w:rPr>
                <w:rFonts w:asciiTheme="majorBidi" w:hAnsiTheme="majorBidi" w:cstheme="majorBidi"/>
                <w:sz w:val="18"/>
                <w:szCs w:val="18"/>
              </w:rPr>
              <w:t xml:space="preserve"> DOI: </w:t>
            </w:r>
            <w:r w:rsidRPr="00665F9C">
              <w:rPr>
                <w:rFonts w:asciiTheme="majorBidi" w:hAnsiTheme="majorBidi" w:cstheme="majorBidi"/>
                <w:sz w:val="18"/>
                <w:szCs w:val="18"/>
              </w:rPr>
              <w:t>https://doi.org/xxx.xxxxx</w:t>
            </w:r>
          </w:p>
        </w:tc>
        <w:tc>
          <w:tcPr>
            <w:tcW w:w="2433" w:type="dxa"/>
            <w:tcMar>
              <w:top w:w="40" w:type="dxa"/>
              <w:left w:w="140" w:type="dxa"/>
              <w:bottom w:w="40" w:type="dxa"/>
              <w:right w:w="40" w:type="dxa"/>
            </w:tcMar>
          </w:tcPr>
          <w:p w14:paraId="5FF079A6" w14:textId="77777777" w:rsidR="00885750" w:rsidRPr="00885750" w:rsidRDefault="00885750" w:rsidP="0040629C">
            <w:pPr>
              <w:spacing w:after="0" w:line="240" w:lineRule="auto"/>
              <w:rPr>
                <w:rFonts w:asciiTheme="majorBidi" w:hAnsiTheme="majorBidi" w:cstheme="majorBidi"/>
                <w:b/>
                <w:color w:val="800020"/>
                <w:sz w:val="2"/>
                <w:szCs w:val="4"/>
              </w:rPr>
            </w:pPr>
          </w:p>
        </w:tc>
      </w:tr>
      <w:tr w:rsidR="0040629C" w:rsidRPr="002C0D15" w14:paraId="0983EE48" w14:textId="77777777" w:rsidTr="00885750">
        <w:trPr>
          <w:trHeight w:val="109"/>
        </w:trPr>
        <w:tc>
          <w:tcPr>
            <w:tcW w:w="1521" w:type="dxa"/>
            <w:tcBorders>
              <w:top w:val="single" w:sz="12" w:space="0" w:color="auto"/>
              <w:bottom w:val="single" w:sz="8" w:space="0" w:color="auto"/>
            </w:tcBorders>
            <w:shd w:val="clear" w:color="auto" w:fill="F4F4F5"/>
            <w:tcMar>
              <w:top w:w="140" w:type="dxa"/>
              <w:left w:w="180" w:type="dxa"/>
              <w:bottom w:w="140" w:type="dxa"/>
              <w:right w:w="180" w:type="dxa"/>
            </w:tcMar>
          </w:tcPr>
          <w:p w14:paraId="4E342CB0" w14:textId="684BD5A7" w:rsidR="0040629C" w:rsidRPr="002C0D15" w:rsidRDefault="0040629C" w:rsidP="00885750">
            <w:pPr>
              <w:spacing w:before="20" w:after="0" w:line="240" w:lineRule="auto"/>
              <w:rPr>
                <w:rFonts w:asciiTheme="majorBidi" w:hAnsiTheme="majorBidi" w:cstheme="majorBidi"/>
                <w:b/>
                <w:color w:val="800020"/>
                <w:sz w:val="18"/>
              </w:rPr>
            </w:pPr>
            <w:r w:rsidRPr="002C0D15">
              <w:rPr>
                <w:rFonts w:asciiTheme="majorBidi" w:hAnsiTheme="majorBidi" w:cstheme="majorBidi"/>
                <w:noProof/>
              </w:rPr>
              <w:drawing>
                <wp:inline distT="0" distB="0" distL="0" distR="0" wp14:anchorId="579B7167" wp14:editId="1ACF0DE6">
                  <wp:extent cx="789999" cy="278295"/>
                  <wp:effectExtent l="0" t="0" r="0" b="7620"/>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5072" cy="280082"/>
                          </a:xfrm>
                          <a:prstGeom prst="rect">
                            <a:avLst/>
                          </a:prstGeom>
                          <a:noFill/>
                          <a:ln>
                            <a:noFill/>
                          </a:ln>
                        </pic:spPr>
                      </pic:pic>
                    </a:graphicData>
                  </a:graphic>
                </wp:inline>
              </w:drawing>
            </w:r>
          </w:p>
        </w:tc>
        <w:tc>
          <w:tcPr>
            <w:tcW w:w="5425" w:type="dxa"/>
            <w:tcBorders>
              <w:top w:val="single" w:sz="12" w:space="0" w:color="auto"/>
              <w:bottom w:val="single" w:sz="8" w:space="0" w:color="auto"/>
            </w:tcBorders>
            <w:shd w:val="clear" w:color="auto" w:fill="F4F4F5"/>
          </w:tcPr>
          <w:p w14:paraId="69F5E75B" w14:textId="056099BE" w:rsidR="0040629C" w:rsidRPr="002C0D15" w:rsidRDefault="0040629C" w:rsidP="0040629C">
            <w:pPr>
              <w:spacing w:after="0" w:line="240" w:lineRule="auto"/>
              <w:rPr>
                <w:rFonts w:asciiTheme="majorBidi" w:hAnsiTheme="majorBidi" w:cstheme="majorBidi"/>
                <w:bCs/>
                <w:color w:val="800020"/>
                <w:sz w:val="18"/>
              </w:rPr>
            </w:pPr>
            <w:r w:rsidRPr="002C0D15">
              <w:rPr>
                <w:rFonts w:asciiTheme="majorBidi" w:hAnsiTheme="majorBidi" w:cstheme="majorBidi"/>
                <w:bCs/>
                <w:color w:val="000000" w:themeColor="text1"/>
                <w:sz w:val="18"/>
              </w:rPr>
              <w:t>This work is licensed under a Creative Commons Attribution-NonCommercial 4.0 International License</w:t>
            </w:r>
          </w:p>
        </w:tc>
        <w:tc>
          <w:tcPr>
            <w:tcW w:w="2433" w:type="dxa"/>
            <w:tcMar>
              <w:top w:w="40" w:type="dxa"/>
              <w:left w:w="140" w:type="dxa"/>
              <w:bottom w:w="40" w:type="dxa"/>
              <w:right w:w="40" w:type="dxa"/>
            </w:tcMar>
          </w:tcPr>
          <w:p w14:paraId="42A33062" w14:textId="3C1E1AC6" w:rsidR="0040629C" w:rsidRPr="002C0D15" w:rsidRDefault="0040629C" w:rsidP="0040629C">
            <w:pPr>
              <w:spacing w:after="0" w:line="240" w:lineRule="auto"/>
              <w:rPr>
                <w:rFonts w:asciiTheme="majorBidi" w:hAnsiTheme="majorBidi" w:cstheme="majorBidi"/>
                <w:b/>
                <w:color w:val="800020"/>
                <w:sz w:val="17"/>
              </w:rPr>
            </w:pPr>
          </w:p>
        </w:tc>
      </w:tr>
    </w:tbl>
    <w:p w14:paraId="721881AB" w14:textId="21A9D54F" w:rsidR="005C4AE0" w:rsidRPr="002C0D15" w:rsidRDefault="00B44A88" w:rsidP="00B44A88">
      <w:pPr>
        <w:spacing w:before="360" w:after="120"/>
        <w:jc w:val="center"/>
        <w:rPr>
          <w:rFonts w:asciiTheme="majorBidi" w:hAnsiTheme="majorBidi" w:cstheme="majorBidi"/>
          <w:sz w:val="22"/>
          <w:szCs w:val="24"/>
        </w:rPr>
      </w:pPr>
      <w:r w:rsidRPr="002C0D15">
        <w:rPr>
          <w:rFonts w:asciiTheme="majorBidi" w:hAnsiTheme="majorBidi" w:cstheme="majorBidi"/>
          <w:b/>
          <w:color w:val="800020"/>
          <w:sz w:val="24"/>
          <w:szCs w:val="24"/>
        </w:rPr>
        <w:t>INTRODUCTION</w:t>
      </w:r>
    </w:p>
    <w:p w14:paraId="52063A15" w14:textId="6F26BCFB" w:rsidR="004D27C8" w:rsidRPr="004D27C8" w:rsidRDefault="004D27C8" w:rsidP="002C0D15">
      <w:pPr>
        <w:spacing w:after="120"/>
        <w:jc w:val="both"/>
        <w:rPr>
          <w:rFonts w:asciiTheme="majorBidi" w:hAnsiTheme="majorBidi" w:cstheme="majorBidi"/>
          <w:sz w:val="24"/>
          <w:szCs w:val="28"/>
        </w:rPr>
      </w:pPr>
      <w:r w:rsidRPr="004D27C8">
        <w:rPr>
          <w:rFonts w:asciiTheme="majorBidi" w:hAnsiTheme="majorBidi" w:cstheme="majorBidi"/>
          <w:sz w:val="24"/>
          <w:szCs w:val="28"/>
        </w:rPr>
        <w:t>The introduction should represent roughly 15–20% of the manuscript's total length and must be composed in narrative prose rather than bulleted lists.</w:t>
      </w:r>
      <w:r w:rsidR="002C0D15">
        <w:rPr>
          <w:rFonts w:asciiTheme="majorBidi" w:hAnsiTheme="majorBidi" w:cstheme="majorBidi"/>
          <w:sz w:val="24"/>
          <w:szCs w:val="28"/>
        </w:rPr>
        <w:t xml:space="preserve"> </w:t>
      </w:r>
      <w:r w:rsidRPr="004D27C8">
        <w:rPr>
          <w:rFonts w:asciiTheme="majorBidi" w:hAnsiTheme="majorBidi" w:cstheme="majorBidi"/>
          <w:sz w:val="24"/>
          <w:szCs w:val="28"/>
        </w:rPr>
        <w:t>Synthesize the literature by grouping prior studies around common themes, methods, or approaches, rather than listing sources author-by-author. Use this background to outline existing methodological standards, highlight the strengths and limitations of past work, and frame how your research resolves these current constraints. Avoid overly granular literature summaries or previewing detailed results here.</w:t>
      </w:r>
    </w:p>
    <w:p w14:paraId="53EF1EE1" w14:textId="77777777" w:rsidR="004D27C8" w:rsidRPr="004D27C8" w:rsidRDefault="004D27C8" w:rsidP="002C0D15">
      <w:pPr>
        <w:spacing w:after="120"/>
        <w:jc w:val="both"/>
        <w:rPr>
          <w:rFonts w:asciiTheme="majorBidi" w:hAnsiTheme="majorBidi" w:cstheme="majorBidi"/>
          <w:sz w:val="24"/>
          <w:szCs w:val="28"/>
        </w:rPr>
      </w:pPr>
      <w:r w:rsidRPr="004D27C8">
        <w:rPr>
          <w:rFonts w:asciiTheme="majorBidi" w:hAnsiTheme="majorBidi" w:cstheme="majorBidi"/>
          <w:sz w:val="24"/>
          <w:szCs w:val="28"/>
        </w:rPr>
        <w:t>Conclude the Introduction by explicitly establishing your study's novelty and scientific merit. Clearly state the research gaps, main objectives or research questions, and specific contributions to the field.</w:t>
      </w:r>
      <w:r w:rsidRPr="002C0D15">
        <w:rPr>
          <w:rFonts w:asciiTheme="majorBidi" w:hAnsiTheme="majorBidi" w:cstheme="majorBidi"/>
          <w:sz w:val="24"/>
          <w:szCs w:val="28"/>
        </w:rPr>
        <w:t xml:space="preserve"> Author could use the e</w:t>
      </w:r>
      <w:r w:rsidRPr="004D27C8">
        <w:rPr>
          <w:rFonts w:asciiTheme="majorBidi" w:hAnsiTheme="majorBidi" w:cstheme="majorBidi"/>
          <w:sz w:val="24"/>
          <w:szCs w:val="28"/>
        </w:rPr>
        <w:t>xample transition phrases to articulate research gaps:</w:t>
      </w:r>
    </w:p>
    <w:p w14:paraId="1780831E" w14:textId="77777777" w:rsidR="004D27C8" w:rsidRPr="004D27C8" w:rsidRDefault="004D27C8" w:rsidP="000153CE">
      <w:pPr>
        <w:numPr>
          <w:ilvl w:val="0"/>
          <w:numId w:val="13"/>
        </w:numPr>
        <w:spacing w:after="60"/>
        <w:ind w:left="714" w:hanging="357"/>
        <w:jc w:val="both"/>
        <w:rPr>
          <w:rFonts w:asciiTheme="majorBidi" w:hAnsiTheme="majorBidi" w:cstheme="majorBidi"/>
          <w:sz w:val="24"/>
          <w:szCs w:val="28"/>
        </w:rPr>
      </w:pPr>
      <w:r w:rsidRPr="004D27C8">
        <w:rPr>
          <w:rFonts w:asciiTheme="majorBidi" w:hAnsiTheme="majorBidi" w:cstheme="majorBidi"/>
          <w:i/>
          <w:iCs/>
          <w:sz w:val="24"/>
          <w:szCs w:val="28"/>
        </w:rPr>
        <w:t>"While prior scholarship has largely concentrated on [Topic A], fewer studies have examined..."</w:t>
      </w:r>
    </w:p>
    <w:p w14:paraId="3832E686" w14:textId="77777777" w:rsidR="004D27C8" w:rsidRPr="004D27C8" w:rsidRDefault="004D27C8" w:rsidP="000153CE">
      <w:pPr>
        <w:numPr>
          <w:ilvl w:val="0"/>
          <w:numId w:val="13"/>
        </w:numPr>
        <w:spacing w:after="60"/>
        <w:ind w:left="714" w:hanging="357"/>
        <w:jc w:val="both"/>
        <w:rPr>
          <w:rFonts w:asciiTheme="majorBidi" w:hAnsiTheme="majorBidi" w:cstheme="majorBidi"/>
          <w:sz w:val="24"/>
          <w:szCs w:val="28"/>
        </w:rPr>
      </w:pPr>
      <w:r w:rsidRPr="004D27C8">
        <w:rPr>
          <w:rFonts w:asciiTheme="majorBidi" w:hAnsiTheme="majorBidi" w:cstheme="majorBidi"/>
          <w:i/>
          <w:iCs/>
          <w:sz w:val="24"/>
          <w:szCs w:val="28"/>
        </w:rPr>
        <w:t>"Limited empirical work addresses..."</w:t>
      </w:r>
    </w:p>
    <w:p w14:paraId="13C2673E" w14:textId="77777777" w:rsidR="004D27C8" w:rsidRPr="004D27C8" w:rsidRDefault="004D27C8" w:rsidP="000153CE">
      <w:pPr>
        <w:numPr>
          <w:ilvl w:val="0"/>
          <w:numId w:val="13"/>
        </w:numPr>
        <w:spacing w:after="60"/>
        <w:ind w:left="714" w:hanging="357"/>
        <w:jc w:val="both"/>
        <w:rPr>
          <w:rFonts w:asciiTheme="majorBidi" w:hAnsiTheme="majorBidi" w:cstheme="majorBidi"/>
          <w:sz w:val="24"/>
          <w:szCs w:val="28"/>
        </w:rPr>
      </w:pPr>
      <w:r w:rsidRPr="004D27C8">
        <w:rPr>
          <w:rFonts w:asciiTheme="majorBidi" w:hAnsiTheme="majorBidi" w:cstheme="majorBidi"/>
          <w:i/>
          <w:iCs/>
          <w:sz w:val="24"/>
          <w:szCs w:val="28"/>
        </w:rPr>
        <w:t>"To resolve this gap, this investigation seeks to..."</w:t>
      </w:r>
    </w:p>
    <w:p w14:paraId="23FF70B8" w14:textId="77777777" w:rsidR="004D27C8" w:rsidRPr="004D27C8" w:rsidRDefault="004D27C8" w:rsidP="004D27C8">
      <w:pPr>
        <w:numPr>
          <w:ilvl w:val="0"/>
          <w:numId w:val="13"/>
        </w:numPr>
        <w:spacing w:after="240"/>
        <w:jc w:val="both"/>
        <w:rPr>
          <w:rFonts w:asciiTheme="majorBidi" w:hAnsiTheme="majorBidi" w:cstheme="majorBidi"/>
          <w:sz w:val="24"/>
          <w:szCs w:val="28"/>
        </w:rPr>
      </w:pPr>
      <w:r w:rsidRPr="004D27C8">
        <w:rPr>
          <w:rFonts w:asciiTheme="majorBidi" w:hAnsiTheme="majorBidi" w:cstheme="majorBidi"/>
          <w:i/>
          <w:iCs/>
          <w:sz w:val="24"/>
          <w:szCs w:val="28"/>
        </w:rPr>
        <w:lastRenderedPageBreak/>
        <w:t>"The principal objective of this study is to..."</w:t>
      </w:r>
    </w:p>
    <w:p w14:paraId="4D4952CE" w14:textId="1994095B" w:rsidR="004D27C8" w:rsidRPr="004D27C8" w:rsidRDefault="004D27C8" w:rsidP="004D27C8">
      <w:pPr>
        <w:spacing w:after="240"/>
        <w:jc w:val="both"/>
        <w:rPr>
          <w:rFonts w:asciiTheme="majorBidi" w:hAnsiTheme="majorBidi" w:cstheme="majorBidi"/>
          <w:sz w:val="24"/>
          <w:szCs w:val="28"/>
        </w:rPr>
      </w:pPr>
      <w:r w:rsidRPr="004D27C8">
        <w:rPr>
          <w:rFonts w:asciiTheme="majorBidi" w:hAnsiTheme="majorBidi" w:cstheme="majorBidi"/>
          <w:sz w:val="24"/>
          <w:szCs w:val="28"/>
        </w:rPr>
        <w:t xml:space="preserve">Standard submissions follow an eleven-part structure: </w:t>
      </w:r>
      <w:r w:rsidRPr="004D27C8">
        <w:rPr>
          <w:rFonts w:asciiTheme="majorBidi" w:hAnsiTheme="majorBidi" w:cstheme="majorBidi"/>
          <w:b/>
          <w:bCs/>
          <w:sz w:val="24"/>
          <w:szCs w:val="28"/>
        </w:rPr>
        <w:t>(a)</w:t>
      </w:r>
      <w:r w:rsidRPr="004D27C8">
        <w:rPr>
          <w:rFonts w:asciiTheme="majorBidi" w:hAnsiTheme="majorBidi" w:cstheme="majorBidi"/>
          <w:sz w:val="24"/>
          <w:szCs w:val="28"/>
        </w:rPr>
        <w:t xml:space="preserve"> Title, </w:t>
      </w:r>
      <w:r w:rsidRPr="004D27C8">
        <w:rPr>
          <w:rFonts w:asciiTheme="majorBidi" w:hAnsiTheme="majorBidi" w:cstheme="majorBidi"/>
          <w:b/>
          <w:bCs/>
          <w:sz w:val="24"/>
          <w:szCs w:val="28"/>
        </w:rPr>
        <w:t>(b)</w:t>
      </w:r>
      <w:r w:rsidRPr="004D27C8">
        <w:rPr>
          <w:rFonts w:asciiTheme="majorBidi" w:hAnsiTheme="majorBidi" w:cstheme="majorBidi"/>
          <w:sz w:val="24"/>
          <w:szCs w:val="28"/>
        </w:rPr>
        <w:t xml:space="preserve"> Author details, affiliations, and corresponding author email, </w:t>
      </w:r>
      <w:r w:rsidRPr="004D27C8">
        <w:rPr>
          <w:rFonts w:asciiTheme="majorBidi" w:hAnsiTheme="majorBidi" w:cstheme="majorBidi"/>
          <w:b/>
          <w:bCs/>
          <w:sz w:val="24"/>
          <w:szCs w:val="28"/>
        </w:rPr>
        <w:t>(c)</w:t>
      </w:r>
      <w:r w:rsidRPr="004D27C8">
        <w:rPr>
          <w:rFonts w:asciiTheme="majorBidi" w:hAnsiTheme="majorBidi" w:cstheme="majorBidi"/>
          <w:sz w:val="24"/>
          <w:szCs w:val="28"/>
        </w:rPr>
        <w:t xml:space="preserve"> Abstract, </w:t>
      </w:r>
      <w:r w:rsidRPr="004D27C8">
        <w:rPr>
          <w:rFonts w:asciiTheme="majorBidi" w:hAnsiTheme="majorBidi" w:cstheme="majorBidi"/>
          <w:b/>
          <w:bCs/>
          <w:sz w:val="24"/>
          <w:szCs w:val="28"/>
        </w:rPr>
        <w:t>(d)</w:t>
      </w:r>
      <w:r w:rsidRPr="004D27C8">
        <w:rPr>
          <w:rFonts w:asciiTheme="majorBidi" w:hAnsiTheme="majorBidi" w:cstheme="majorBidi"/>
          <w:sz w:val="24"/>
          <w:szCs w:val="28"/>
        </w:rPr>
        <w:t xml:space="preserve"> Keywords, </w:t>
      </w:r>
      <w:r w:rsidRPr="004D27C8">
        <w:rPr>
          <w:rFonts w:asciiTheme="majorBidi" w:hAnsiTheme="majorBidi" w:cstheme="majorBidi"/>
          <w:b/>
          <w:bCs/>
          <w:sz w:val="24"/>
          <w:szCs w:val="28"/>
        </w:rPr>
        <w:t>(e)</w:t>
      </w:r>
      <w:r w:rsidRPr="004D27C8">
        <w:rPr>
          <w:rFonts w:asciiTheme="majorBidi" w:hAnsiTheme="majorBidi" w:cstheme="majorBidi"/>
          <w:sz w:val="24"/>
          <w:szCs w:val="28"/>
        </w:rPr>
        <w:t xml:space="preserve"> Introduction, </w:t>
      </w:r>
      <w:r w:rsidRPr="004D27C8">
        <w:rPr>
          <w:rFonts w:asciiTheme="majorBidi" w:hAnsiTheme="majorBidi" w:cstheme="majorBidi"/>
          <w:b/>
          <w:bCs/>
          <w:sz w:val="24"/>
          <w:szCs w:val="28"/>
        </w:rPr>
        <w:t>(f)</w:t>
      </w:r>
      <w:r w:rsidRPr="004D27C8">
        <w:rPr>
          <w:rFonts w:asciiTheme="majorBidi" w:hAnsiTheme="majorBidi" w:cstheme="majorBidi"/>
          <w:sz w:val="24"/>
          <w:szCs w:val="28"/>
        </w:rPr>
        <w:t xml:space="preserve"> Method, </w:t>
      </w:r>
      <w:r w:rsidRPr="004D27C8">
        <w:rPr>
          <w:rFonts w:asciiTheme="majorBidi" w:hAnsiTheme="majorBidi" w:cstheme="majorBidi"/>
          <w:b/>
          <w:bCs/>
          <w:sz w:val="24"/>
          <w:szCs w:val="28"/>
        </w:rPr>
        <w:t>(g)</w:t>
      </w:r>
      <w:r w:rsidRPr="004D27C8">
        <w:rPr>
          <w:rFonts w:asciiTheme="majorBidi" w:hAnsiTheme="majorBidi" w:cstheme="majorBidi"/>
          <w:sz w:val="24"/>
          <w:szCs w:val="28"/>
        </w:rPr>
        <w:t xml:space="preserve"> Findings &amp; Discussion, </w:t>
      </w:r>
      <w:r w:rsidRPr="004D27C8">
        <w:rPr>
          <w:rFonts w:asciiTheme="majorBidi" w:hAnsiTheme="majorBidi" w:cstheme="majorBidi"/>
          <w:b/>
          <w:bCs/>
          <w:sz w:val="24"/>
          <w:szCs w:val="28"/>
        </w:rPr>
        <w:t>(h)</w:t>
      </w:r>
      <w:r w:rsidRPr="004D27C8">
        <w:rPr>
          <w:rFonts w:asciiTheme="majorBidi" w:hAnsiTheme="majorBidi" w:cstheme="majorBidi"/>
          <w:sz w:val="24"/>
          <w:szCs w:val="28"/>
        </w:rPr>
        <w:t xml:space="preserve"> Conclusion, </w:t>
      </w:r>
      <w:r w:rsidRPr="004D27C8">
        <w:rPr>
          <w:rFonts w:asciiTheme="majorBidi" w:hAnsiTheme="majorBidi" w:cstheme="majorBidi"/>
          <w:b/>
          <w:bCs/>
          <w:sz w:val="24"/>
          <w:szCs w:val="28"/>
        </w:rPr>
        <w:t>(</w:t>
      </w:r>
      <w:proofErr w:type="spellStart"/>
      <w:r w:rsidRPr="004D27C8">
        <w:rPr>
          <w:rFonts w:asciiTheme="majorBidi" w:hAnsiTheme="majorBidi" w:cstheme="majorBidi"/>
          <w:b/>
          <w:bCs/>
          <w:sz w:val="24"/>
          <w:szCs w:val="28"/>
        </w:rPr>
        <w:t>i</w:t>
      </w:r>
      <w:proofErr w:type="spellEnd"/>
      <w:r w:rsidRPr="004D27C8">
        <w:rPr>
          <w:rFonts w:asciiTheme="majorBidi" w:hAnsiTheme="majorBidi" w:cstheme="majorBidi"/>
          <w:b/>
          <w:bCs/>
          <w:sz w:val="24"/>
          <w:szCs w:val="28"/>
        </w:rPr>
        <w:t>)</w:t>
      </w:r>
      <w:r w:rsidRPr="004D27C8">
        <w:rPr>
          <w:rFonts w:asciiTheme="majorBidi" w:hAnsiTheme="majorBidi" w:cstheme="majorBidi"/>
          <w:sz w:val="24"/>
          <w:szCs w:val="28"/>
        </w:rPr>
        <w:t xml:space="preserve"> Acknowledgements, </w:t>
      </w:r>
      <w:r w:rsidRPr="004D27C8">
        <w:rPr>
          <w:rFonts w:asciiTheme="majorBidi" w:hAnsiTheme="majorBidi" w:cstheme="majorBidi"/>
          <w:b/>
          <w:bCs/>
          <w:sz w:val="24"/>
          <w:szCs w:val="28"/>
        </w:rPr>
        <w:t>(j)</w:t>
      </w:r>
      <w:r w:rsidRPr="004D27C8">
        <w:rPr>
          <w:rFonts w:asciiTheme="majorBidi" w:hAnsiTheme="majorBidi" w:cstheme="majorBidi"/>
          <w:sz w:val="24"/>
          <w:szCs w:val="28"/>
        </w:rPr>
        <w:t xml:space="preserve"> References, and </w:t>
      </w:r>
      <w:r w:rsidRPr="004D27C8">
        <w:rPr>
          <w:rFonts w:asciiTheme="majorBidi" w:hAnsiTheme="majorBidi" w:cstheme="majorBidi"/>
          <w:b/>
          <w:bCs/>
          <w:sz w:val="24"/>
          <w:szCs w:val="28"/>
        </w:rPr>
        <w:t>(k)</w:t>
      </w:r>
      <w:r w:rsidRPr="004D27C8">
        <w:rPr>
          <w:rFonts w:asciiTheme="majorBidi" w:hAnsiTheme="majorBidi" w:cstheme="majorBidi"/>
          <w:sz w:val="24"/>
          <w:szCs w:val="28"/>
        </w:rPr>
        <w:t xml:space="preserve"> Appendices (where applicable). Manuscripts must thoroughly outline the study’s background, original research efforts, methodological framework, core outcomes, and broader significance.</w:t>
      </w:r>
    </w:p>
    <w:p w14:paraId="10FA8EE4" w14:textId="477358E5" w:rsidR="004D27C8" w:rsidRPr="004D27C8" w:rsidRDefault="004D27C8" w:rsidP="002C0D15">
      <w:pPr>
        <w:spacing w:after="120"/>
        <w:jc w:val="both"/>
        <w:rPr>
          <w:rFonts w:asciiTheme="majorBidi" w:hAnsiTheme="majorBidi" w:cstheme="majorBidi"/>
          <w:sz w:val="24"/>
          <w:szCs w:val="28"/>
        </w:rPr>
      </w:pPr>
      <w:r w:rsidRPr="002C0D15">
        <w:rPr>
          <w:rFonts w:asciiTheme="majorBidi" w:hAnsiTheme="majorBidi" w:cstheme="majorBidi"/>
          <w:sz w:val="24"/>
          <w:szCs w:val="28"/>
        </w:rPr>
        <w:t>Author should also consider the following formatting and submission guidelines:</w:t>
      </w:r>
    </w:p>
    <w:p w14:paraId="77488370" w14:textId="6DC3B4D1" w:rsidR="004D27C8" w:rsidRPr="004D27C8" w:rsidRDefault="004D27C8" w:rsidP="00A63FDD">
      <w:pPr>
        <w:numPr>
          <w:ilvl w:val="0"/>
          <w:numId w:val="12"/>
        </w:numPr>
        <w:spacing w:after="120"/>
        <w:ind w:left="714" w:hanging="357"/>
        <w:jc w:val="both"/>
        <w:rPr>
          <w:rFonts w:asciiTheme="majorBidi" w:hAnsiTheme="majorBidi" w:cstheme="majorBidi"/>
          <w:sz w:val="24"/>
          <w:szCs w:val="28"/>
        </w:rPr>
      </w:pPr>
      <w:r w:rsidRPr="004D27C8">
        <w:rPr>
          <w:rFonts w:asciiTheme="majorBidi" w:hAnsiTheme="majorBidi" w:cstheme="majorBidi"/>
          <w:sz w:val="24"/>
          <w:szCs w:val="28"/>
        </w:rPr>
        <w:t>File Format: Microsoft Word (.doc, .docx)</w:t>
      </w:r>
      <w:r w:rsidR="00A63FDD">
        <w:rPr>
          <w:rFonts w:asciiTheme="majorBidi" w:hAnsiTheme="majorBidi" w:cstheme="majorBidi"/>
          <w:sz w:val="24"/>
          <w:szCs w:val="28"/>
        </w:rPr>
        <w:t>.</w:t>
      </w:r>
      <w:r w:rsidRPr="004D27C8">
        <w:rPr>
          <w:rFonts w:asciiTheme="majorBidi" w:hAnsiTheme="majorBidi" w:cstheme="majorBidi"/>
          <w:sz w:val="24"/>
          <w:szCs w:val="28"/>
        </w:rPr>
        <w:t xml:space="preserve"> </w:t>
      </w:r>
    </w:p>
    <w:p w14:paraId="33E74BE3" w14:textId="77777777" w:rsidR="004D27C8" w:rsidRPr="004D27C8" w:rsidRDefault="004D27C8" w:rsidP="004D27C8">
      <w:pPr>
        <w:numPr>
          <w:ilvl w:val="0"/>
          <w:numId w:val="12"/>
        </w:numPr>
        <w:spacing w:after="120"/>
        <w:ind w:left="714" w:hanging="357"/>
        <w:jc w:val="both"/>
        <w:rPr>
          <w:rFonts w:asciiTheme="majorBidi" w:hAnsiTheme="majorBidi" w:cstheme="majorBidi"/>
          <w:sz w:val="24"/>
          <w:szCs w:val="28"/>
        </w:rPr>
      </w:pPr>
      <w:r w:rsidRPr="004D27C8">
        <w:rPr>
          <w:rFonts w:asciiTheme="majorBidi" w:hAnsiTheme="majorBidi" w:cstheme="majorBidi"/>
          <w:sz w:val="24"/>
          <w:szCs w:val="28"/>
        </w:rPr>
        <w:t>Page Layout: A4 paper with uniform 2.5 cm margins on all sides.</w:t>
      </w:r>
    </w:p>
    <w:p w14:paraId="4B570208" w14:textId="2D8305DB" w:rsidR="004D27C8" w:rsidRPr="004D27C8" w:rsidRDefault="004D27C8" w:rsidP="004D27C8">
      <w:pPr>
        <w:numPr>
          <w:ilvl w:val="0"/>
          <w:numId w:val="12"/>
        </w:numPr>
        <w:spacing w:after="120"/>
        <w:ind w:left="714" w:hanging="357"/>
        <w:jc w:val="both"/>
        <w:rPr>
          <w:rFonts w:asciiTheme="majorBidi" w:hAnsiTheme="majorBidi" w:cstheme="majorBidi"/>
          <w:sz w:val="24"/>
          <w:szCs w:val="28"/>
        </w:rPr>
      </w:pPr>
      <w:r w:rsidRPr="004D27C8">
        <w:rPr>
          <w:rFonts w:asciiTheme="majorBidi" w:hAnsiTheme="majorBidi" w:cstheme="majorBidi"/>
          <w:sz w:val="24"/>
          <w:szCs w:val="28"/>
        </w:rPr>
        <w:t xml:space="preserve">Typography: 12-pt </w:t>
      </w:r>
      <w:r w:rsidR="00B270FA">
        <w:rPr>
          <w:rFonts w:asciiTheme="majorBidi" w:hAnsiTheme="majorBidi" w:cstheme="majorBidi"/>
          <w:sz w:val="24"/>
          <w:szCs w:val="28"/>
        </w:rPr>
        <w:t>Times New Roman</w:t>
      </w:r>
      <w:r w:rsidRPr="004D27C8">
        <w:rPr>
          <w:rFonts w:asciiTheme="majorBidi" w:hAnsiTheme="majorBidi" w:cstheme="majorBidi"/>
          <w:sz w:val="24"/>
          <w:szCs w:val="28"/>
        </w:rPr>
        <w:t xml:space="preserve"> font, strictly single-spaced throughout.</w:t>
      </w:r>
    </w:p>
    <w:p w14:paraId="63F5BA15" w14:textId="77777777" w:rsidR="004D27C8" w:rsidRPr="004D27C8" w:rsidRDefault="004D27C8" w:rsidP="004D27C8">
      <w:pPr>
        <w:numPr>
          <w:ilvl w:val="0"/>
          <w:numId w:val="12"/>
        </w:numPr>
        <w:spacing w:after="120"/>
        <w:ind w:left="714" w:hanging="357"/>
        <w:jc w:val="both"/>
        <w:rPr>
          <w:rFonts w:asciiTheme="majorBidi" w:hAnsiTheme="majorBidi" w:cstheme="majorBidi"/>
          <w:sz w:val="24"/>
          <w:szCs w:val="28"/>
        </w:rPr>
      </w:pPr>
      <w:r w:rsidRPr="004D27C8">
        <w:rPr>
          <w:rFonts w:asciiTheme="majorBidi" w:hAnsiTheme="majorBidi" w:cstheme="majorBidi"/>
          <w:sz w:val="24"/>
          <w:szCs w:val="28"/>
        </w:rPr>
        <w:t>Word Count: 5,000 to 7,000 words (excluding the Abstract, References, and Appendices).</w:t>
      </w:r>
    </w:p>
    <w:p w14:paraId="64F094EA" w14:textId="77777777" w:rsidR="004D27C8" w:rsidRPr="004D27C8" w:rsidRDefault="004D27C8" w:rsidP="004D27C8">
      <w:pPr>
        <w:numPr>
          <w:ilvl w:val="0"/>
          <w:numId w:val="12"/>
        </w:numPr>
        <w:spacing w:after="240"/>
        <w:jc w:val="both"/>
        <w:rPr>
          <w:rFonts w:asciiTheme="majorBidi" w:hAnsiTheme="majorBidi" w:cstheme="majorBidi"/>
          <w:sz w:val="24"/>
          <w:szCs w:val="28"/>
        </w:rPr>
      </w:pPr>
      <w:r w:rsidRPr="004D27C8">
        <w:rPr>
          <w:rFonts w:asciiTheme="majorBidi" w:hAnsiTheme="majorBidi" w:cstheme="majorBidi"/>
          <w:sz w:val="24"/>
          <w:szCs w:val="28"/>
        </w:rPr>
        <w:t>Citations &amp; Software: Reference management tools such as Zotero or Mendeley are strongly encouraged. Format all in-text citations and reference lists in accordance with APA 7th Edition guidelines. Proofread meticulously using tools like Grammarly to ensure flawless spelling and grammar prior to submission.</w:t>
      </w:r>
    </w:p>
    <w:p w14:paraId="48390B5C" w14:textId="4717171B" w:rsidR="00B44A88" w:rsidRPr="002C0D15" w:rsidRDefault="00B44A88" w:rsidP="00B44A88">
      <w:pPr>
        <w:spacing w:before="360" w:after="120"/>
        <w:jc w:val="center"/>
        <w:rPr>
          <w:rFonts w:asciiTheme="majorBidi" w:hAnsiTheme="majorBidi" w:cstheme="majorBidi"/>
          <w:sz w:val="22"/>
          <w:szCs w:val="24"/>
        </w:rPr>
      </w:pPr>
      <w:r w:rsidRPr="002C0D15">
        <w:rPr>
          <w:rFonts w:asciiTheme="majorBidi" w:hAnsiTheme="majorBidi" w:cstheme="majorBidi"/>
          <w:b/>
          <w:color w:val="800020"/>
          <w:sz w:val="24"/>
          <w:szCs w:val="24"/>
        </w:rPr>
        <w:t>RESEARCH METHODOLOGY</w:t>
      </w:r>
    </w:p>
    <w:p w14:paraId="7D501A0A" w14:textId="77777777" w:rsidR="004D27C8" w:rsidRPr="004D27C8" w:rsidRDefault="004D27C8" w:rsidP="004D27C8">
      <w:pPr>
        <w:spacing w:after="240"/>
        <w:jc w:val="both"/>
        <w:rPr>
          <w:rFonts w:asciiTheme="majorBidi" w:eastAsia="Corbel" w:hAnsiTheme="majorBidi" w:cstheme="majorBidi"/>
          <w:sz w:val="24"/>
          <w:szCs w:val="24"/>
        </w:rPr>
      </w:pPr>
      <w:r w:rsidRPr="004D27C8">
        <w:rPr>
          <w:rFonts w:asciiTheme="majorBidi" w:eastAsia="Corbel" w:hAnsiTheme="majorBidi" w:cstheme="majorBidi"/>
          <w:sz w:val="24"/>
          <w:szCs w:val="24"/>
        </w:rPr>
        <w:t>The Methodology section outlines the operational framework of your study, detailing four primary components: the overall research design, the study setting/participants (or data source), data collection procedures, and data analysis techniques.</w:t>
      </w:r>
    </w:p>
    <w:p w14:paraId="0503F1FD" w14:textId="77777777" w:rsidR="004D27C8" w:rsidRPr="004D27C8" w:rsidRDefault="004D27C8" w:rsidP="004D27C8">
      <w:pPr>
        <w:spacing w:after="240"/>
        <w:jc w:val="both"/>
        <w:rPr>
          <w:rFonts w:asciiTheme="majorBidi" w:eastAsia="Corbel" w:hAnsiTheme="majorBidi" w:cstheme="majorBidi"/>
          <w:sz w:val="24"/>
          <w:szCs w:val="24"/>
        </w:rPr>
      </w:pPr>
      <w:r w:rsidRPr="004D27C8">
        <w:rPr>
          <w:rFonts w:asciiTheme="majorBidi" w:eastAsia="Corbel" w:hAnsiTheme="majorBidi" w:cstheme="majorBidi"/>
          <w:sz w:val="24"/>
          <w:szCs w:val="24"/>
        </w:rPr>
        <w:t>For standard or previously published methods, cite the original source and describe only your novel adaptations; avoid repeating step-by-step details of established protocols. This section may be formatted either as a continuous narrative or organized into clear sub-headings.</w:t>
      </w:r>
    </w:p>
    <w:p w14:paraId="78FE2AFD" w14:textId="62C1E487" w:rsidR="00B44A88" w:rsidRPr="002C0D15" w:rsidRDefault="004D27C8" w:rsidP="004D27C8">
      <w:pPr>
        <w:spacing w:after="240"/>
        <w:jc w:val="both"/>
        <w:rPr>
          <w:rFonts w:asciiTheme="majorBidi" w:eastAsia="Corbel" w:hAnsiTheme="majorBidi" w:cstheme="majorBidi"/>
          <w:sz w:val="24"/>
          <w:szCs w:val="24"/>
        </w:rPr>
      </w:pPr>
      <w:r w:rsidRPr="004D27C8">
        <w:rPr>
          <w:rFonts w:asciiTheme="majorBidi" w:eastAsia="Corbel" w:hAnsiTheme="majorBidi" w:cstheme="majorBidi"/>
          <w:sz w:val="24"/>
          <w:szCs w:val="24"/>
        </w:rPr>
        <w:t>The Methodology should account for 10–15% of the total article word count and must be written exclusively in narrative paragraphs. Maintain single line spacing throughout; double spacing is strictly prohibited across the entire manuscript</w:t>
      </w:r>
      <w:r w:rsidR="00B44A88" w:rsidRPr="002C0D15">
        <w:rPr>
          <w:rFonts w:asciiTheme="majorBidi" w:eastAsia="Corbel" w:hAnsiTheme="majorBidi" w:cstheme="majorBidi"/>
          <w:sz w:val="24"/>
          <w:szCs w:val="24"/>
        </w:rPr>
        <w:t>.</w:t>
      </w:r>
    </w:p>
    <w:p w14:paraId="174E16CD" w14:textId="13644C75" w:rsidR="00B44A88" w:rsidRPr="002C0D15" w:rsidRDefault="00B44A88" w:rsidP="00B44A88">
      <w:pPr>
        <w:spacing w:before="360" w:after="120"/>
        <w:jc w:val="center"/>
        <w:rPr>
          <w:rFonts w:asciiTheme="majorBidi" w:hAnsiTheme="majorBidi" w:cstheme="majorBidi"/>
          <w:sz w:val="22"/>
          <w:szCs w:val="24"/>
        </w:rPr>
      </w:pPr>
      <w:r w:rsidRPr="002C0D15">
        <w:rPr>
          <w:rFonts w:asciiTheme="majorBidi" w:hAnsiTheme="majorBidi" w:cstheme="majorBidi"/>
          <w:b/>
          <w:color w:val="800020"/>
          <w:sz w:val="24"/>
          <w:szCs w:val="24"/>
        </w:rPr>
        <w:t>RESULTS</w:t>
      </w:r>
    </w:p>
    <w:p w14:paraId="46B2EE7C" w14:textId="77777777" w:rsidR="004D27C8" w:rsidRPr="004D27C8" w:rsidRDefault="004D27C8" w:rsidP="002C0D15">
      <w:pPr>
        <w:spacing w:after="120"/>
        <w:jc w:val="both"/>
        <w:rPr>
          <w:rFonts w:asciiTheme="majorBidi" w:hAnsiTheme="majorBidi" w:cstheme="majorBidi"/>
          <w:sz w:val="24"/>
          <w:szCs w:val="28"/>
        </w:rPr>
      </w:pPr>
      <w:r w:rsidRPr="004D27C8">
        <w:rPr>
          <w:rFonts w:asciiTheme="majorBidi" w:hAnsiTheme="majorBidi" w:cstheme="majorBidi"/>
          <w:sz w:val="24"/>
          <w:szCs w:val="28"/>
        </w:rPr>
        <w:t>Present your empirical findings objectively, strictly sticking to factual reporting without adding speculative commentary or subjective interpretation. Support narrative results with corresponding numeric data, tables, and figures, numbering each visual element sequentially (e.g., Table 1, Figure 1, Table 2).</w:t>
      </w:r>
    </w:p>
    <w:p w14:paraId="5973F2AC" w14:textId="77777777" w:rsidR="004D27C8" w:rsidRPr="004D27C8" w:rsidRDefault="004D27C8" w:rsidP="002C0D15">
      <w:pPr>
        <w:spacing w:after="120"/>
        <w:jc w:val="both"/>
        <w:rPr>
          <w:rFonts w:asciiTheme="majorBidi" w:hAnsiTheme="majorBidi" w:cstheme="majorBidi"/>
          <w:sz w:val="24"/>
          <w:szCs w:val="28"/>
        </w:rPr>
      </w:pPr>
      <w:r w:rsidRPr="004D27C8">
        <w:rPr>
          <w:rFonts w:asciiTheme="majorBidi" w:hAnsiTheme="majorBidi" w:cstheme="majorBidi"/>
          <w:sz w:val="24"/>
          <w:szCs w:val="28"/>
        </w:rPr>
        <w:t>Every table and figure must be accompanied by detailed narrative text explaining its contents. Do not simply insert visuals without direct reference and elaboration in the body text.</w:t>
      </w:r>
    </w:p>
    <w:p w14:paraId="6E920C25" w14:textId="4F9F6A46" w:rsidR="00A63FDD" w:rsidRDefault="00A63FDD" w:rsidP="004D27C8">
      <w:pPr>
        <w:spacing w:after="240"/>
        <w:jc w:val="both"/>
        <w:rPr>
          <w:rFonts w:asciiTheme="majorBidi" w:hAnsiTheme="majorBidi" w:cstheme="majorBidi"/>
          <w:b/>
          <w:bCs/>
          <w:sz w:val="24"/>
          <w:szCs w:val="28"/>
        </w:rPr>
      </w:pPr>
    </w:p>
    <w:p w14:paraId="31BCE974" w14:textId="77777777" w:rsidR="00B118EC" w:rsidRDefault="00B118EC" w:rsidP="004D27C8">
      <w:pPr>
        <w:spacing w:after="240"/>
        <w:jc w:val="both"/>
        <w:rPr>
          <w:rFonts w:asciiTheme="majorBidi" w:hAnsiTheme="majorBidi" w:cstheme="majorBidi"/>
          <w:b/>
          <w:bCs/>
          <w:sz w:val="24"/>
          <w:szCs w:val="28"/>
        </w:rPr>
      </w:pPr>
    </w:p>
    <w:p w14:paraId="50319257" w14:textId="73E8DF8C" w:rsidR="004D27C8" w:rsidRPr="004D27C8" w:rsidRDefault="004D27C8" w:rsidP="004D27C8">
      <w:pPr>
        <w:spacing w:after="240"/>
        <w:jc w:val="both"/>
        <w:rPr>
          <w:rFonts w:asciiTheme="majorBidi" w:hAnsiTheme="majorBidi" w:cstheme="majorBidi"/>
          <w:b/>
          <w:bCs/>
          <w:sz w:val="24"/>
          <w:szCs w:val="28"/>
        </w:rPr>
      </w:pPr>
      <w:r w:rsidRPr="004D27C8">
        <w:rPr>
          <w:rFonts w:asciiTheme="majorBidi" w:hAnsiTheme="majorBidi" w:cstheme="majorBidi"/>
          <w:b/>
          <w:bCs/>
          <w:sz w:val="24"/>
          <w:szCs w:val="28"/>
        </w:rPr>
        <w:t>Visual Presentation Standards</w:t>
      </w:r>
    </w:p>
    <w:p w14:paraId="18C7F5FD" w14:textId="5A26D662" w:rsidR="004D27C8" w:rsidRPr="004D27C8" w:rsidRDefault="004D27C8" w:rsidP="004D27C8">
      <w:pPr>
        <w:numPr>
          <w:ilvl w:val="0"/>
          <w:numId w:val="14"/>
        </w:numPr>
        <w:spacing w:after="240"/>
        <w:jc w:val="both"/>
        <w:rPr>
          <w:rFonts w:asciiTheme="majorBidi" w:hAnsiTheme="majorBidi" w:cstheme="majorBidi"/>
          <w:sz w:val="24"/>
          <w:szCs w:val="28"/>
        </w:rPr>
      </w:pPr>
      <w:r w:rsidRPr="004D27C8">
        <w:rPr>
          <w:rFonts w:asciiTheme="majorBidi" w:hAnsiTheme="majorBidi" w:cstheme="majorBidi"/>
          <w:b/>
          <w:bCs/>
          <w:sz w:val="24"/>
          <w:szCs w:val="28"/>
        </w:rPr>
        <w:t>Typography:</w:t>
      </w:r>
      <w:r w:rsidRPr="004D27C8">
        <w:rPr>
          <w:rFonts w:asciiTheme="majorBidi" w:hAnsiTheme="majorBidi" w:cstheme="majorBidi"/>
          <w:sz w:val="24"/>
          <w:szCs w:val="28"/>
        </w:rPr>
        <w:t xml:space="preserve"> Use 10-pt </w:t>
      </w:r>
      <w:r w:rsidR="00B270FA">
        <w:rPr>
          <w:rFonts w:asciiTheme="majorBidi" w:hAnsiTheme="majorBidi" w:cstheme="majorBidi"/>
          <w:sz w:val="24"/>
          <w:szCs w:val="28"/>
        </w:rPr>
        <w:t>Times New Roman</w:t>
      </w:r>
      <w:r w:rsidRPr="004D27C8">
        <w:rPr>
          <w:rFonts w:asciiTheme="majorBidi" w:hAnsiTheme="majorBidi" w:cstheme="majorBidi"/>
          <w:sz w:val="24"/>
          <w:szCs w:val="28"/>
        </w:rPr>
        <w:t xml:space="preserve"> font for all table titles, table contents, and figure captions.</w:t>
      </w:r>
    </w:p>
    <w:p w14:paraId="4A34B158" w14:textId="77777777" w:rsidR="004D27C8" w:rsidRPr="004D27C8" w:rsidRDefault="004D27C8" w:rsidP="004D27C8">
      <w:pPr>
        <w:numPr>
          <w:ilvl w:val="0"/>
          <w:numId w:val="14"/>
        </w:numPr>
        <w:spacing w:after="240"/>
        <w:jc w:val="both"/>
        <w:rPr>
          <w:rFonts w:asciiTheme="majorBidi" w:hAnsiTheme="majorBidi" w:cstheme="majorBidi"/>
          <w:sz w:val="24"/>
          <w:szCs w:val="28"/>
        </w:rPr>
      </w:pPr>
      <w:r w:rsidRPr="004D27C8">
        <w:rPr>
          <w:rFonts w:asciiTheme="majorBidi" w:hAnsiTheme="majorBidi" w:cstheme="majorBidi"/>
          <w:b/>
          <w:bCs/>
          <w:sz w:val="24"/>
          <w:szCs w:val="28"/>
        </w:rPr>
        <w:t>Alignment &amp; Placement:</w:t>
      </w:r>
    </w:p>
    <w:p w14:paraId="62844CEA" w14:textId="2D76F79B" w:rsidR="004D27C8" w:rsidRPr="004D27C8" w:rsidRDefault="004D27C8" w:rsidP="00634277">
      <w:pPr>
        <w:numPr>
          <w:ilvl w:val="1"/>
          <w:numId w:val="14"/>
        </w:numPr>
        <w:spacing w:after="120"/>
        <w:ind w:left="1434" w:hanging="357"/>
        <w:jc w:val="both"/>
        <w:rPr>
          <w:rFonts w:asciiTheme="majorBidi" w:hAnsiTheme="majorBidi" w:cstheme="majorBidi"/>
          <w:sz w:val="24"/>
          <w:szCs w:val="28"/>
        </w:rPr>
      </w:pPr>
      <w:r w:rsidRPr="004D27C8">
        <w:rPr>
          <w:rFonts w:asciiTheme="majorBidi" w:hAnsiTheme="majorBidi" w:cstheme="majorBidi"/>
          <w:sz w:val="24"/>
          <w:szCs w:val="28"/>
        </w:rPr>
        <w:t xml:space="preserve">Table Titles: Positioned above the table, centered, in 10-pt </w:t>
      </w:r>
      <w:r w:rsidR="00B270FA">
        <w:rPr>
          <w:rFonts w:asciiTheme="majorBidi" w:hAnsiTheme="majorBidi" w:cstheme="majorBidi"/>
          <w:sz w:val="24"/>
          <w:szCs w:val="28"/>
        </w:rPr>
        <w:t>Times New Roman</w:t>
      </w:r>
      <w:r w:rsidRPr="004D27C8">
        <w:rPr>
          <w:rFonts w:asciiTheme="majorBidi" w:hAnsiTheme="majorBidi" w:cstheme="majorBidi"/>
          <w:sz w:val="24"/>
          <w:szCs w:val="28"/>
        </w:rPr>
        <w:t>.</w:t>
      </w:r>
    </w:p>
    <w:p w14:paraId="0887A5F2" w14:textId="202B2A86" w:rsidR="004D27C8" w:rsidRPr="004D27C8" w:rsidRDefault="004D27C8" w:rsidP="00634277">
      <w:pPr>
        <w:numPr>
          <w:ilvl w:val="1"/>
          <w:numId w:val="14"/>
        </w:numPr>
        <w:spacing w:after="120"/>
        <w:ind w:left="1434" w:hanging="357"/>
        <w:jc w:val="both"/>
        <w:rPr>
          <w:rFonts w:asciiTheme="majorBidi" w:hAnsiTheme="majorBidi" w:cstheme="majorBidi"/>
          <w:sz w:val="24"/>
          <w:szCs w:val="28"/>
        </w:rPr>
      </w:pPr>
      <w:r w:rsidRPr="004D27C8">
        <w:rPr>
          <w:rFonts w:asciiTheme="majorBidi" w:hAnsiTheme="majorBidi" w:cstheme="majorBidi"/>
          <w:sz w:val="24"/>
          <w:szCs w:val="28"/>
        </w:rPr>
        <w:t xml:space="preserve">Figure Captions: Positioned below the figure, centered, in 10-pt </w:t>
      </w:r>
      <w:r w:rsidR="00B270FA">
        <w:rPr>
          <w:rFonts w:asciiTheme="majorBidi" w:hAnsiTheme="majorBidi" w:cstheme="majorBidi"/>
          <w:sz w:val="24"/>
          <w:szCs w:val="28"/>
        </w:rPr>
        <w:t>Times New Roman</w:t>
      </w:r>
      <w:r w:rsidRPr="004D27C8">
        <w:rPr>
          <w:rFonts w:asciiTheme="majorBidi" w:hAnsiTheme="majorBidi" w:cstheme="majorBidi"/>
          <w:sz w:val="24"/>
          <w:szCs w:val="28"/>
        </w:rPr>
        <w:t>.</w:t>
      </w:r>
    </w:p>
    <w:p w14:paraId="1018361B" w14:textId="1619E45D" w:rsidR="00B44A88" w:rsidRPr="00B44A88" w:rsidRDefault="004D27C8" w:rsidP="00B44A88">
      <w:pPr>
        <w:spacing w:after="240"/>
        <w:jc w:val="both"/>
        <w:rPr>
          <w:rFonts w:asciiTheme="majorBidi" w:hAnsiTheme="majorBidi" w:cstheme="majorBidi"/>
          <w:b/>
          <w:bCs/>
          <w:sz w:val="24"/>
          <w:szCs w:val="28"/>
        </w:rPr>
      </w:pPr>
      <w:r w:rsidRPr="002C0D15">
        <w:rPr>
          <w:rFonts w:asciiTheme="majorBidi" w:hAnsiTheme="majorBidi" w:cstheme="majorBidi"/>
          <w:b/>
          <w:bCs/>
          <w:sz w:val="24"/>
          <w:szCs w:val="28"/>
        </w:rPr>
        <w:t>Table Formatting Example</w:t>
      </w:r>
    </w:p>
    <w:p w14:paraId="0BE072B8" w14:textId="77777777" w:rsidR="00B44A88" w:rsidRPr="00B44A88" w:rsidRDefault="00B44A88" w:rsidP="00B44A88">
      <w:pPr>
        <w:spacing w:after="120"/>
        <w:jc w:val="both"/>
        <w:rPr>
          <w:rFonts w:asciiTheme="majorBidi" w:hAnsiTheme="majorBidi" w:cstheme="majorBidi"/>
        </w:rPr>
      </w:pPr>
      <w:r w:rsidRPr="00B44A88">
        <w:rPr>
          <w:rFonts w:asciiTheme="majorBidi" w:hAnsiTheme="majorBidi" w:cstheme="majorBidi"/>
          <w:b/>
          <w:bCs/>
        </w:rPr>
        <w:t>Table 1.</w:t>
      </w:r>
      <w:r w:rsidRPr="00B44A88">
        <w:rPr>
          <w:rFonts w:asciiTheme="majorBidi" w:hAnsiTheme="majorBidi" w:cstheme="majorBidi"/>
        </w:rPr>
        <w:t xml:space="preserve"> An example of a table (font size 10pt)</w:t>
      </w:r>
    </w:p>
    <w:tbl>
      <w:tblPr>
        <w:tblW w:w="6598" w:type="dxa"/>
        <w:tblLayout w:type="fixed"/>
        <w:tblLook w:val="0000" w:firstRow="0" w:lastRow="0" w:firstColumn="0" w:lastColumn="0" w:noHBand="0" w:noVBand="0"/>
      </w:tblPr>
      <w:tblGrid>
        <w:gridCol w:w="2858"/>
        <w:gridCol w:w="1967"/>
        <w:gridCol w:w="1773"/>
      </w:tblGrid>
      <w:tr w:rsidR="00B44A88" w:rsidRPr="00B44A88" w14:paraId="255971D5" w14:textId="77777777" w:rsidTr="00276EBE">
        <w:trPr>
          <w:trHeight w:val="397"/>
        </w:trPr>
        <w:tc>
          <w:tcPr>
            <w:tcW w:w="2858" w:type="dxa"/>
            <w:tcBorders>
              <w:top w:val="single" w:sz="4" w:space="0" w:color="000000"/>
              <w:left w:val="nil"/>
              <w:bottom w:val="single" w:sz="4" w:space="0" w:color="000000"/>
              <w:right w:val="nil"/>
            </w:tcBorders>
            <w:vAlign w:val="center"/>
          </w:tcPr>
          <w:p w14:paraId="3C9DA634" w14:textId="77777777" w:rsidR="00B44A88" w:rsidRPr="00B44A88" w:rsidRDefault="00B44A88" w:rsidP="00B44A88">
            <w:pPr>
              <w:spacing w:after="120"/>
              <w:jc w:val="both"/>
              <w:rPr>
                <w:rFonts w:asciiTheme="majorBidi" w:hAnsiTheme="majorBidi" w:cstheme="majorBidi"/>
              </w:rPr>
            </w:pPr>
            <w:r w:rsidRPr="00B44A88">
              <w:rPr>
                <w:rFonts w:asciiTheme="majorBidi" w:hAnsiTheme="majorBidi" w:cstheme="majorBidi"/>
              </w:rPr>
              <w:t>An example of a heading</w:t>
            </w:r>
          </w:p>
        </w:tc>
        <w:tc>
          <w:tcPr>
            <w:tcW w:w="1967" w:type="dxa"/>
            <w:tcBorders>
              <w:top w:val="single" w:sz="4" w:space="0" w:color="000000"/>
              <w:left w:val="nil"/>
              <w:bottom w:val="single" w:sz="4" w:space="0" w:color="000000"/>
              <w:right w:val="nil"/>
            </w:tcBorders>
            <w:vAlign w:val="center"/>
          </w:tcPr>
          <w:p w14:paraId="06FDFCEC" w14:textId="77777777" w:rsidR="00B44A88" w:rsidRPr="00B44A88" w:rsidRDefault="00B44A88" w:rsidP="00B44A88">
            <w:pPr>
              <w:spacing w:after="120"/>
              <w:jc w:val="both"/>
              <w:rPr>
                <w:rFonts w:asciiTheme="majorBidi" w:hAnsiTheme="majorBidi" w:cstheme="majorBidi"/>
              </w:rPr>
            </w:pPr>
            <w:r w:rsidRPr="00B44A88">
              <w:rPr>
                <w:rFonts w:asciiTheme="majorBidi" w:hAnsiTheme="majorBidi" w:cstheme="majorBidi"/>
              </w:rPr>
              <w:t>Column A</w:t>
            </w:r>
          </w:p>
        </w:tc>
        <w:tc>
          <w:tcPr>
            <w:tcW w:w="1773" w:type="dxa"/>
            <w:tcBorders>
              <w:top w:val="single" w:sz="4" w:space="0" w:color="000000"/>
              <w:left w:val="nil"/>
              <w:bottom w:val="single" w:sz="4" w:space="0" w:color="000000"/>
              <w:right w:val="nil"/>
            </w:tcBorders>
            <w:vAlign w:val="center"/>
          </w:tcPr>
          <w:p w14:paraId="58DCB004" w14:textId="77777777" w:rsidR="00B44A88" w:rsidRPr="00B44A88" w:rsidRDefault="00B44A88" w:rsidP="00B44A88">
            <w:pPr>
              <w:spacing w:after="120"/>
              <w:jc w:val="both"/>
              <w:rPr>
                <w:rFonts w:asciiTheme="majorBidi" w:hAnsiTheme="majorBidi" w:cstheme="majorBidi"/>
              </w:rPr>
            </w:pPr>
            <w:r w:rsidRPr="00B44A88">
              <w:rPr>
                <w:rFonts w:asciiTheme="majorBidi" w:hAnsiTheme="majorBidi" w:cstheme="majorBidi"/>
              </w:rPr>
              <w:t>Column B</w:t>
            </w:r>
          </w:p>
        </w:tc>
      </w:tr>
      <w:tr w:rsidR="00B44A88" w:rsidRPr="00B44A88" w14:paraId="3207A163" w14:textId="77777777" w:rsidTr="00276EBE">
        <w:tc>
          <w:tcPr>
            <w:tcW w:w="2858" w:type="dxa"/>
            <w:tcBorders>
              <w:top w:val="single" w:sz="4" w:space="0" w:color="000000"/>
              <w:left w:val="nil"/>
              <w:bottom w:val="nil"/>
              <w:right w:val="nil"/>
            </w:tcBorders>
          </w:tcPr>
          <w:p w14:paraId="7370ACD3" w14:textId="77777777" w:rsidR="00B44A88" w:rsidRPr="00B44A88" w:rsidRDefault="00B44A88" w:rsidP="00B44A88">
            <w:pPr>
              <w:spacing w:after="120"/>
              <w:jc w:val="both"/>
              <w:rPr>
                <w:rFonts w:asciiTheme="majorBidi" w:hAnsiTheme="majorBidi" w:cstheme="majorBidi"/>
              </w:rPr>
            </w:pPr>
            <w:r w:rsidRPr="00B44A88">
              <w:rPr>
                <w:rFonts w:asciiTheme="majorBidi" w:hAnsiTheme="majorBidi" w:cstheme="majorBidi"/>
              </w:rPr>
              <w:t>Add an entry</w:t>
            </w:r>
          </w:p>
        </w:tc>
        <w:tc>
          <w:tcPr>
            <w:tcW w:w="1967" w:type="dxa"/>
            <w:tcBorders>
              <w:top w:val="single" w:sz="4" w:space="0" w:color="000000"/>
              <w:left w:val="nil"/>
              <w:bottom w:val="nil"/>
              <w:right w:val="nil"/>
            </w:tcBorders>
          </w:tcPr>
          <w:p w14:paraId="44A3208D" w14:textId="77777777" w:rsidR="00B44A88" w:rsidRPr="00B44A88" w:rsidRDefault="00B44A88" w:rsidP="00B44A88">
            <w:pPr>
              <w:spacing w:after="120"/>
              <w:jc w:val="both"/>
              <w:rPr>
                <w:rFonts w:asciiTheme="majorBidi" w:hAnsiTheme="majorBidi" w:cstheme="majorBidi"/>
              </w:rPr>
            </w:pPr>
            <w:r w:rsidRPr="00B44A88">
              <w:rPr>
                <w:rFonts w:asciiTheme="majorBidi" w:hAnsiTheme="majorBidi" w:cstheme="majorBidi"/>
              </w:rPr>
              <w:t>Row 1</w:t>
            </w:r>
          </w:p>
        </w:tc>
        <w:tc>
          <w:tcPr>
            <w:tcW w:w="1773" w:type="dxa"/>
            <w:tcBorders>
              <w:top w:val="single" w:sz="4" w:space="0" w:color="000000"/>
              <w:left w:val="nil"/>
              <w:bottom w:val="nil"/>
              <w:right w:val="nil"/>
            </w:tcBorders>
          </w:tcPr>
          <w:p w14:paraId="41248B7A" w14:textId="77777777" w:rsidR="00B44A88" w:rsidRPr="00B44A88" w:rsidRDefault="00B44A88" w:rsidP="00B44A88">
            <w:pPr>
              <w:spacing w:after="120"/>
              <w:jc w:val="both"/>
              <w:rPr>
                <w:rFonts w:asciiTheme="majorBidi" w:hAnsiTheme="majorBidi" w:cstheme="majorBidi"/>
              </w:rPr>
            </w:pPr>
            <w:r w:rsidRPr="00B44A88">
              <w:rPr>
                <w:rFonts w:asciiTheme="majorBidi" w:hAnsiTheme="majorBidi" w:cstheme="majorBidi"/>
              </w:rPr>
              <w:t>Row 1</w:t>
            </w:r>
          </w:p>
        </w:tc>
      </w:tr>
      <w:tr w:rsidR="00B44A88" w:rsidRPr="00B44A88" w14:paraId="2FE8E647" w14:textId="77777777" w:rsidTr="00276EBE">
        <w:tc>
          <w:tcPr>
            <w:tcW w:w="2858" w:type="dxa"/>
          </w:tcPr>
          <w:p w14:paraId="69C7132D" w14:textId="77777777" w:rsidR="00B44A88" w:rsidRPr="00B44A88" w:rsidRDefault="00B44A88" w:rsidP="00B44A88">
            <w:pPr>
              <w:spacing w:after="120"/>
              <w:jc w:val="both"/>
              <w:rPr>
                <w:rFonts w:asciiTheme="majorBidi" w:hAnsiTheme="majorBidi" w:cstheme="majorBidi"/>
              </w:rPr>
            </w:pPr>
            <w:r w:rsidRPr="00B44A88">
              <w:rPr>
                <w:rFonts w:asciiTheme="majorBidi" w:hAnsiTheme="majorBidi" w:cstheme="majorBidi"/>
              </w:rPr>
              <w:t>Add an entry</w:t>
            </w:r>
          </w:p>
        </w:tc>
        <w:tc>
          <w:tcPr>
            <w:tcW w:w="1967" w:type="dxa"/>
          </w:tcPr>
          <w:p w14:paraId="153798BD" w14:textId="77777777" w:rsidR="00B44A88" w:rsidRPr="00B44A88" w:rsidRDefault="00B44A88" w:rsidP="00B44A88">
            <w:pPr>
              <w:spacing w:after="120"/>
              <w:jc w:val="both"/>
              <w:rPr>
                <w:rFonts w:asciiTheme="majorBidi" w:hAnsiTheme="majorBidi" w:cstheme="majorBidi"/>
              </w:rPr>
            </w:pPr>
            <w:r w:rsidRPr="00B44A88">
              <w:rPr>
                <w:rFonts w:asciiTheme="majorBidi" w:hAnsiTheme="majorBidi" w:cstheme="majorBidi"/>
              </w:rPr>
              <w:t>Row 2</w:t>
            </w:r>
          </w:p>
        </w:tc>
        <w:tc>
          <w:tcPr>
            <w:tcW w:w="1773" w:type="dxa"/>
          </w:tcPr>
          <w:p w14:paraId="10EB5A03" w14:textId="77777777" w:rsidR="00B44A88" w:rsidRPr="00B44A88" w:rsidRDefault="00B44A88" w:rsidP="00B44A88">
            <w:pPr>
              <w:spacing w:after="120"/>
              <w:jc w:val="both"/>
              <w:rPr>
                <w:rFonts w:asciiTheme="majorBidi" w:hAnsiTheme="majorBidi" w:cstheme="majorBidi"/>
              </w:rPr>
            </w:pPr>
            <w:r w:rsidRPr="00B44A88">
              <w:rPr>
                <w:rFonts w:asciiTheme="majorBidi" w:hAnsiTheme="majorBidi" w:cstheme="majorBidi"/>
              </w:rPr>
              <w:t>Row 2</w:t>
            </w:r>
          </w:p>
        </w:tc>
      </w:tr>
      <w:tr w:rsidR="00B44A88" w:rsidRPr="00B44A88" w14:paraId="1C29689B" w14:textId="77777777" w:rsidTr="00276EBE">
        <w:tc>
          <w:tcPr>
            <w:tcW w:w="2858" w:type="dxa"/>
            <w:tcBorders>
              <w:top w:val="nil"/>
              <w:left w:val="nil"/>
              <w:bottom w:val="single" w:sz="4" w:space="0" w:color="000000"/>
              <w:right w:val="nil"/>
            </w:tcBorders>
          </w:tcPr>
          <w:p w14:paraId="14D70CAF" w14:textId="77777777" w:rsidR="00B44A88" w:rsidRPr="00B44A88" w:rsidRDefault="00B44A88" w:rsidP="00B44A88">
            <w:pPr>
              <w:spacing w:after="120"/>
              <w:jc w:val="both"/>
              <w:rPr>
                <w:rFonts w:asciiTheme="majorBidi" w:hAnsiTheme="majorBidi" w:cstheme="majorBidi"/>
              </w:rPr>
            </w:pPr>
            <w:r w:rsidRPr="00B44A88">
              <w:rPr>
                <w:rFonts w:asciiTheme="majorBidi" w:hAnsiTheme="majorBidi" w:cstheme="majorBidi"/>
              </w:rPr>
              <w:t>Add an entry</w:t>
            </w:r>
          </w:p>
        </w:tc>
        <w:tc>
          <w:tcPr>
            <w:tcW w:w="1967" w:type="dxa"/>
            <w:tcBorders>
              <w:top w:val="nil"/>
              <w:left w:val="nil"/>
              <w:bottom w:val="single" w:sz="4" w:space="0" w:color="000000"/>
              <w:right w:val="nil"/>
            </w:tcBorders>
          </w:tcPr>
          <w:p w14:paraId="190E55B7" w14:textId="77777777" w:rsidR="00B44A88" w:rsidRPr="00B44A88" w:rsidRDefault="00B44A88" w:rsidP="00B44A88">
            <w:pPr>
              <w:spacing w:after="120"/>
              <w:jc w:val="both"/>
              <w:rPr>
                <w:rFonts w:asciiTheme="majorBidi" w:hAnsiTheme="majorBidi" w:cstheme="majorBidi"/>
              </w:rPr>
            </w:pPr>
            <w:r w:rsidRPr="00B44A88">
              <w:rPr>
                <w:rFonts w:asciiTheme="majorBidi" w:hAnsiTheme="majorBidi" w:cstheme="majorBidi"/>
              </w:rPr>
              <w:t>Row 3</w:t>
            </w:r>
          </w:p>
        </w:tc>
        <w:tc>
          <w:tcPr>
            <w:tcW w:w="1773" w:type="dxa"/>
            <w:tcBorders>
              <w:top w:val="nil"/>
              <w:left w:val="nil"/>
              <w:bottom w:val="single" w:sz="4" w:space="0" w:color="000000"/>
              <w:right w:val="nil"/>
            </w:tcBorders>
          </w:tcPr>
          <w:p w14:paraId="55FB138A" w14:textId="77777777" w:rsidR="00B44A88" w:rsidRPr="00B44A88" w:rsidRDefault="00B44A88" w:rsidP="00B44A88">
            <w:pPr>
              <w:spacing w:after="120"/>
              <w:jc w:val="both"/>
              <w:rPr>
                <w:rFonts w:asciiTheme="majorBidi" w:hAnsiTheme="majorBidi" w:cstheme="majorBidi"/>
              </w:rPr>
            </w:pPr>
            <w:r w:rsidRPr="00B44A88">
              <w:rPr>
                <w:rFonts w:asciiTheme="majorBidi" w:hAnsiTheme="majorBidi" w:cstheme="majorBidi"/>
              </w:rPr>
              <w:t>Row 3</w:t>
            </w:r>
          </w:p>
        </w:tc>
      </w:tr>
    </w:tbl>
    <w:p w14:paraId="7B9EC31E" w14:textId="77777777" w:rsidR="00B44A88" w:rsidRPr="00B44A88" w:rsidRDefault="00B44A88" w:rsidP="002C0D15">
      <w:pPr>
        <w:spacing w:after="120"/>
        <w:jc w:val="both"/>
        <w:rPr>
          <w:rFonts w:asciiTheme="majorBidi" w:hAnsiTheme="majorBidi" w:cstheme="majorBidi"/>
          <w:sz w:val="24"/>
          <w:szCs w:val="28"/>
        </w:rPr>
      </w:pPr>
    </w:p>
    <w:p w14:paraId="590F92E2" w14:textId="77777777" w:rsidR="004D27C8" w:rsidRPr="002C0D15" w:rsidRDefault="004D27C8" w:rsidP="004D27C8">
      <w:pPr>
        <w:spacing w:after="240"/>
        <w:jc w:val="both"/>
        <w:rPr>
          <w:rFonts w:asciiTheme="majorBidi" w:hAnsiTheme="majorBidi" w:cstheme="majorBidi"/>
          <w:b/>
          <w:bCs/>
          <w:sz w:val="24"/>
          <w:szCs w:val="28"/>
        </w:rPr>
      </w:pPr>
      <w:r w:rsidRPr="002C0D15">
        <w:rPr>
          <w:rFonts w:asciiTheme="majorBidi" w:hAnsiTheme="majorBidi" w:cstheme="majorBidi"/>
          <w:b/>
          <w:bCs/>
          <w:sz w:val="24"/>
          <w:szCs w:val="28"/>
        </w:rPr>
        <w:t>Figure Formatting Example</w:t>
      </w:r>
    </w:p>
    <w:p w14:paraId="14B05AAD" w14:textId="4D3D67EA"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sz w:val="24"/>
          <w:szCs w:val="28"/>
        </w:rPr>
        <w:t xml:space="preserve">Place titles of Tables preceding them and of Figures after the figures using </w:t>
      </w:r>
      <w:r w:rsidR="00B270FA">
        <w:rPr>
          <w:rFonts w:asciiTheme="majorBidi" w:hAnsiTheme="majorBidi" w:cstheme="majorBidi"/>
          <w:sz w:val="24"/>
          <w:szCs w:val="28"/>
        </w:rPr>
        <w:t>Times New Roman</w:t>
      </w:r>
      <w:r w:rsidRPr="00B44A88">
        <w:rPr>
          <w:rFonts w:asciiTheme="majorBidi" w:hAnsiTheme="majorBidi" w:cstheme="majorBidi"/>
          <w:sz w:val="24"/>
          <w:szCs w:val="28"/>
        </w:rPr>
        <w:t xml:space="preserve"> font size 10, centered.</w:t>
      </w:r>
    </w:p>
    <w:p w14:paraId="4C934D3A" w14:textId="77777777"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noProof/>
          <w:sz w:val="24"/>
          <w:szCs w:val="28"/>
        </w:rPr>
        <mc:AlternateContent>
          <mc:Choice Requires="wps">
            <w:drawing>
              <wp:anchor distT="0" distB="0" distL="114300" distR="114300" simplePos="0" relativeHeight="251659264" behindDoc="0" locked="0" layoutInCell="1" allowOverlap="1" wp14:anchorId="48A9F6BE" wp14:editId="3B6BBC67">
                <wp:simplePos x="0" y="0"/>
                <wp:positionH relativeFrom="margin">
                  <wp:align>center</wp:align>
                </wp:positionH>
                <wp:positionV relativeFrom="paragraph">
                  <wp:posOffset>12700</wp:posOffset>
                </wp:positionV>
                <wp:extent cx="2724150" cy="1971675"/>
                <wp:effectExtent l="0" t="0" r="19050"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971675"/>
                        </a:xfrm>
                        <a:prstGeom prst="rect">
                          <a:avLst/>
                        </a:prstGeom>
                        <a:solidFill>
                          <a:srgbClr val="FFFFFF"/>
                        </a:solidFill>
                        <a:ln w="9525">
                          <a:solidFill>
                            <a:srgbClr val="000000"/>
                          </a:solidFill>
                          <a:miter lim="800000"/>
                          <a:headEnd/>
                          <a:tailEnd/>
                        </a:ln>
                      </wps:spPr>
                      <wps:txbx>
                        <w:txbxContent>
                          <w:p w14:paraId="5B531BB2" w14:textId="77777777" w:rsidR="00B44A88" w:rsidRDefault="00B44A88" w:rsidP="00B44A88">
                            <w:pPr>
                              <w:jc w:val="center"/>
                            </w:pPr>
                            <w:r w:rsidRPr="00924D9A">
                              <w:rPr>
                                <w:noProof/>
                              </w:rPr>
                              <w:drawing>
                                <wp:inline distT="0" distB="0" distL="0" distR="0" wp14:anchorId="0E5D7BB2" wp14:editId="2C4EE67D">
                                  <wp:extent cx="2846757" cy="1788119"/>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0"/>
                                          <a:stretch>
                                            <a:fillRect/>
                                          </a:stretch>
                                        </pic:blipFill>
                                        <pic:spPr bwMode="auto">
                                          <a:xfrm>
                                            <a:off x="0" y="0"/>
                                            <a:ext cx="2846757" cy="1788119"/>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A9F6BE" id="_x0000_t202" coordsize="21600,21600" o:spt="202" path="m,l,21600r21600,l21600,xe">
                <v:stroke joinstyle="miter"/>
                <v:path gradientshapeok="t" o:connecttype="rect"/>
              </v:shapetype>
              <v:shape id="Text Box 9" o:spid="_x0000_s1026" type="#_x0000_t202" style="position:absolute;left:0;text-align:left;margin-left:0;margin-top:1pt;width:214.5pt;height:155.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">
                <v:textbox>
                  <w:txbxContent>
                    <w:p w14:paraId="5B531BB2" w14:textId="77777777" w:rsidR="00B44A88" w:rsidRDefault="00B44A88" w:rsidP="00B44A88">
                      <w:pPr>
                        <w:jc w:val="center"/>
                      </w:pPr>
                      <w:r w:rsidRPr="00924D9A">
                        <w:rPr>
                          <w:noProof/>
                        </w:rPr>
                        <w:drawing>
                          <wp:inline distT="0" distB="0" distL="0" distR="0" wp14:anchorId="0E5D7BB2" wp14:editId="2C4EE67D">
                            <wp:extent cx="2846757" cy="1788119"/>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0"/>
                                    <a:stretch>
                                      <a:fillRect/>
                                    </a:stretch>
                                  </pic:blipFill>
                                  <pic:spPr bwMode="auto">
                                    <a:xfrm>
                                      <a:off x="0" y="0"/>
                                      <a:ext cx="2846757" cy="1788119"/>
                                    </a:xfrm>
                                    <a:prstGeom prst="rect">
                                      <a:avLst/>
                                    </a:prstGeom>
                                    <a:noFill/>
                                    <a:ln>
                                      <a:noFill/>
                                    </a:ln>
                                  </pic:spPr>
                                </pic:pic>
                              </a:graphicData>
                            </a:graphic>
                          </wp:inline>
                        </w:drawing>
                      </w:r>
                    </w:p>
                  </w:txbxContent>
                </v:textbox>
                <w10:wrap anchorx="margin"/>
              </v:shape>
            </w:pict>
          </mc:Fallback>
        </mc:AlternateContent>
      </w:r>
    </w:p>
    <w:p w14:paraId="4A06949E" w14:textId="77777777" w:rsidR="00B44A88" w:rsidRPr="00B44A88" w:rsidRDefault="00B44A88" w:rsidP="002C0D15">
      <w:pPr>
        <w:spacing w:after="120"/>
        <w:jc w:val="both"/>
        <w:rPr>
          <w:rFonts w:asciiTheme="majorBidi" w:hAnsiTheme="majorBidi" w:cstheme="majorBidi"/>
          <w:sz w:val="24"/>
          <w:szCs w:val="28"/>
        </w:rPr>
      </w:pPr>
    </w:p>
    <w:p w14:paraId="79805679" w14:textId="77777777" w:rsidR="00B44A88" w:rsidRPr="00B44A88" w:rsidRDefault="00B44A88" w:rsidP="002C0D15">
      <w:pPr>
        <w:spacing w:after="120"/>
        <w:jc w:val="both"/>
        <w:rPr>
          <w:rFonts w:asciiTheme="majorBidi" w:hAnsiTheme="majorBidi" w:cstheme="majorBidi"/>
          <w:sz w:val="24"/>
          <w:szCs w:val="28"/>
        </w:rPr>
      </w:pPr>
    </w:p>
    <w:p w14:paraId="4B82616F" w14:textId="77777777" w:rsidR="00B44A88" w:rsidRPr="00B44A88" w:rsidRDefault="00B44A88" w:rsidP="002C0D15">
      <w:pPr>
        <w:spacing w:after="120"/>
        <w:jc w:val="both"/>
        <w:rPr>
          <w:rFonts w:asciiTheme="majorBidi" w:hAnsiTheme="majorBidi" w:cstheme="majorBidi"/>
          <w:sz w:val="24"/>
          <w:szCs w:val="28"/>
        </w:rPr>
      </w:pPr>
    </w:p>
    <w:p w14:paraId="63E0B45E" w14:textId="77777777" w:rsidR="00B44A88" w:rsidRPr="00B44A88" w:rsidRDefault="00B44A88" w:rsidP="002C0D15">
      <w:pPr>
        <w:spacing w:after="120"/>
        <w:jc w:val="both"/>
        <w:rPr>
          <w:rFonts w:asciiTheme="majorBidi" w:hAnsiTheme="majorBidi" w:cstheme="majorBidi"/>
          <w:sz w:val="24"/>
          <w:szCs w:val="28"/>
        </w:rPr>
      </w:pPr>
    </w:p>
    <w:p w14:paraId="10B577DA" w14:textId="77777777" w:rsidR="00B44A88" w:rsidRPr="00B44A88" w:rsidRDefault="00B44A88" w:rsidP="002C0D15">
      <w:pPr>
        <w:spacing w:after="120"/>
        <w:jc w:val="both"/>
        <w:rPr>
          <w:rFonts w:asciiTheme="majorBidi" w:hAnsiTheme="majorBidi" w:cstheme="majorBidi"/>
          <w:sz w:val="24"/>
          <w:szCs w:val="28"/>
        </w:rPr>
      </w:pPr>
    </w:p>
    <w:p w14:paraId="1CC39C72" w14:textId="77777777" w:rsidR="00B44A88" w:rsidRPr="00B44A88" w:rsidRDefault="00B44A88" w:rsidP="00B44A88">
      <w:pPr>
        <w:spacing w:after="240"/>
        <w:jc w:val="center"/>
        <w:rPr>
          <w:rFonts w:asciiTheme="majorBidi" w:hAnsiTheme="majorBidi" w:cstheme="majorBidi"/>
        </w:rPr>
      </w:pPr>
      <w:r w:rsidRPr="00B44A88">
        <w:rPr>
          <w:rFonts w:asciiTheme="majorBidi" w:hAnsiTheme="majorBidi" w:cstheme="majorBidi"/>
          <w:b/>
          <w:bCs/>
        </w:rPr>
        <w:t>Figure 1.</w:t>
      </w:r>
      <w:r w:rsidRPr="00B44A88">
        <w:rPr>
          <w:rFonts w:asciiTheme="majorBidi" w:hAnsiTheme="majorBidi" w:cstheme="majorBidi"/>
        </w:rPr>
        <w:t xml:space="preserve"> An example of a figure (font size 10pt)</w:t>
      </w:r>
    </w:p>
    <w:p w14:paraId="2DD9C329" w14:textId="5DE7F328" w:rsidR="002C0D15" w:rsidRPr="002C0D15" w:rsidRDefault="002C0D15" w:rsidP="002C0D15">
      <w:pPr>
        <w:spacing w:after="240"/>
        <w:jc w:val="center"/>
        <w:rPr>
          <w:rFonts w:asciiTheme="majorBidi" w:hAnsiTheme="majorBidi" w:cstheme="majorBidi"/>
          <w:b/>
          <w:bCs/>
        </w:rPr>
      </w:pPr>
      <w:r w:rsidRPr="002C0D15">
        <w:rPr>
          <w:rFonts w:asciiTheme="majorBidi" w:hAnsiTheme="majorBidi" w:cstheme="majorBidi"/>
          <w:b/>
          <w:bCs/>
        </w:rPr>
        <w:t xml:space="preserve">Figure 1: </w:t>
      </w:r>
      <w:r w:rsidRPr="002C0D15">
        <w:rPr>
          <w:rFonts w:asciiTheme="majorBidi" w:hAnsiTheme="majorBidi" w:cstheme="majorBidi"/>
        </w:rPr>
        <w:t>An example of figure (font size 10pt)</w:t>
      </w:r>
    </w:p>
    <w:p w14:paraId="219CA6C2" w14:textId="6B80235E" w:rsidR="004D27C8" w:rsidRPr="004D27C8" w:rsidRDefault="004D27C8" w:rsidP="004D27C8">
      <w:pPr>
        <w:spacing w:after="240"/>
        <w:jc w:val="both"/>
        <w:rPr>
          <w:rFonts w:asciiTheme="majorBidi" w:hAnsiTheme="majorBidi" w:cstheme="majorBidi"/>
          <w:b/>
          <w:bCs/>
          <w:sz w:val="24"/>
          <w:szCs w:val="28"/>
        </w:rPr>
      </w:pPr>
      <w:r w:rsidRPr="004D27C8">
        <w:rPr>
          <w:rFonts w:asciiTheme="majorBidi" w:hAnsiTheme="majorBidi" w:cstheme="majorBidi"/>
          <w:b/>
          <w:bCs/>
          <w:sz w:val="24"/>
          <w:szCs w:val="28"/>
        </w:rPr>
        <w:t>In-Text Citation Standards (APA 7th Edition)</w:t>
      </w:r>
    </w:p>
    <w:p w14:paraId="11B635F9" w14:textId="77777777" w:rsidR="004D27C8" w:rsidRPr="004D27C8" w:rsidRDefault="004D27C8" w:rsidP="002C0D15">
      <w:pPr>
        <w:spacing w:after="120"/>
        <w:jc w:val="both"/>
        <w:rPr>
          <w:rFonts w:asciiTheme="majorBidi" w:hAnsiTheme="majorBidi" w:cstheme="majorBidi"/>
          <w:sz w:val="24"/>
          <w:szCs w:val="28"/>
        </w:rPr>
      </w:pPr>
      <w:r w:rsidRPr="004D27C8">
        <w:rPr>
          <w:rFonts w:asciiTheme="majorBidi" w:hAnsiTheme="majorBidi" w:cstheme="majorBidi"/>
          <w:sz w:val="24"/>
          <w:szCs w:val="28"/>
        </w:rPr>
        <w:t>Adhere to standard APA formatting for all in-text citations:</w:t>
      </w:r>
    </w:p>
    <w:p w14:paraId="16414E9A" w14:textId="77777777" w:rsidR="004D27C8" w:rsidRPr="004D27C8" w:rsidRDefault="004D27C8" w:rsidP="002C0D15">
      <w:pPr>
        <w:numPr>
          <w:ilvl w:val="0"/>
          <w:numId w:val="15"/>
        </w:numPr>
        <w:spacing w:after="120"/>
        <w:ind w:left="714" w:hanging="357"/>
        <w:jc w:val="both"/>
        <w:rPr>
          <w:rFonts w:asciiTheme="majorBidi" w:hAnsiTheme="majorBidi" w:cstheme="majorBidi"/>
          <w:sz w:val="24"/>
          <w:szCs w:val="28"/>
        </w:rPr>
      </w:pPr>
      <w:r w:rsidRPr="004D27C8">
        <w:rPr>
          <w:rFonts w:asciiTheme="majorBidi" w:hAnsiTheme="majorBidi" w:cstheme="majorBidi"/>
          <w:sz w:val="24"/>
          <w:szCs w:val="28"/>
        </w:rPr>
        <w:t>Basic Formats: Cite the author's surname and publication year (Author, 2015) or (Author1 &amp; Author2, 2021).</w:t>
      </w:r>
    </w:p>
    <w:p w14:paraId="627125D0" w14:textId="77777777" w:rsidR="004D27C8" w:rsidRPr="004D27C8" w:rsidRDefault="004D27C8" w:rsidP="002C0D15">
      <w:pPr>
        <w:numPr>
          <w:ilvl w:val="0"/>
          <w:numId w:val="15"/>
        </w:numPr>
        <w:spacing w:after="120"/>
        <w:ind w:left="714" w:hanging="357"/>
        <w:jc w:val="both"/>
        <w:rPr>
          <w:rFonts w:asciiTheme="majorBidi" w:hAnsiTheme="majorBidi" w:cstheme="majorBidi"/>
          <w:sz w:val="24"/>
          <w:szCs w:val="28"/>
        </w:rPr>
      </w:pPr>
      <w:r w:rsidRPr="004D27C8">
        <w:rPr>
          <w:rFonts w:asciiTheme="majorBidi" w:hAnsiTheme="majorBidi" w:cstheme="majorBidi"/>
          <w:sz w:val="24"/>
          <w:szCs w:val="28"/>
        </w:rPr>
        <w:lastRenderedPageBreak/>
        <w:t xml:space="preserve">Direct Quotations: Always append the exact page number—for example: </w:t>
      </w:r>
      <w:r w:rsidRPr="004D27C8">
        <w:rPr>
          <w:rFonts w:asciiTheme="majorBidi" w:hAnsiTheme="majorBidi" w:cstheme="majorBidi"/>
          <w:i/>
          <w:iCs/>
          <w:sz w:val="24"/>
          <w:szCs w:val="28"/>
        </w:rPr>
        <w:t>"the construction of an artifact"</w:t>
      </w:r>
      <w:r w:rsidRPr="004D27C8">
        <w:rPr>
          <w:rFonts w:asciiTheme="majorBidi" w:hAnsiTheme="majorBidi" w:cstheme="majorBidi"/>
          <w:sz w:val="24"/>
          <w:szCs w:val="28"/>
        </w:rPr>
        <w:t xml:space="preserve"> (Fang &amp; Widodo, 2019, p. 5).</w:t>
      </w:r>
    </w:p>
    <w:p w14:paraId="29C47B6C" w14:textId="77777777" w:rsidR="004D27C8" w:rsidRPr="004D27C8" w:rsidRDefault="004D27C8" w:rsidP="002C0D15">
      <w:pPr>
        <w:numPr>
          <w:ilvl w:val="0"/>
          <w:numId w:val="15"/>
        </w:numPr>
        <w:spacing w:after="120"/>
        <w:ind w:left="714" w:hanging="357"/>
        <w:jc w:val="both"/>
        <w:rPr>
          <w:rFonts w:asciiTheme="majorBidi" w:hAnsiTheme="majorBidi" w:cstheme="majorBidi"/>
          <w:sz w:val="24"/>
          <w:szCs w:val="28"/>
        </w:rPr>
      </w:pPr>
      <w:r w:rsidRPr="004D27C8">
        <w:rPr>
          <w:rFonts w:asciiTheme="majorBidi" w:hAnsiTheme="majorBidi" w:cstheme="majorBidi"/>
          <w:sz w:val="24"/>
          <w:szCs w:val="28"/>
        </w:rPr>
        <w:t>Multiple Sources: Arrange parenthetical citations alphabetically by the first author's surname, separated by semicolons: (Khan, 2016; Noor &amp; Khaliqi, 2018).</w:t>
      </w:r>
    </w:p>
    <w:p w14:paraId="17558860" w14:textId="0FA4CCF8" w:rsidR="00B44A88" w:rsidRPr="00B44A88" w:rsidRDefault="004D27C8" w:rsidP="002C0D15">
      <w:pPr>
        <w:numPr>
          <w:ilvl w:val="0"/>
          <w:numId w:val="15"/>
        </w:numPr>
        <w:spacing w:after="240"/>
        <w:ind w:left="714" w:hanging="357"/>
        <w:jc w:val="both"/>
        <w:rPr>
          <w:rFonts w:asciiTheme="majorBidi" w:hAnsiTheme="majorBidi" w:cstheme="majorBidi"/>
          <w:sz w:val="24"/>
          <w:szCs w:val="28"/>
        </w:rPr>
      </w:pPr>
      <w:r w:rsidRPr="004D27C8">
        <w:rPr>
          <w:rFonts w:asciiTheme="majorBidi" w:hAnsiTheme="majorBidi" w:cstheme="majorBidi"/>
          <w:sz w:val="24"/>
          <w:szCs w:val="28"/>
        </w:rPr>
        <w:t>Multiple Authors: For references with three to five authors, write out all surnames during the first citation; use the primary author's surname followed by "et al." for all subsequent references.</w:t>
      </w:r>
    </w:p>
    <w:p w14:paraId="5FEB504E" w14:textId="77777777" w:rsidR="004D27C8" w:rsidRPr="002C0D15" w:rsidRDefault="004D27C8" w:rsidP="004D27C8">
      <w:pPr>
        <w:spacing w:after="240"/>
        <w:jc w:val="both"/>
        <w:rPr>
          <w:rFonts w:asciiTheme="majorBidi" w:hAnsiTheme="majorBidi" w:cstheme="majorBidi"/>
          <w:b/>
          <w:bCs/>
          <w:sz w:val="24"/>
          <w:szCs w:val="28"/>
        </w:rPr>
      </w:pPr>
      <w:r w:rsidRPr="002C0D15">
        <w:rPr>
          <w:rFonts w:asciiTheme="majorBidi" w:hAnsiTheme="majorBidi" w:cstheme="majorBidi"/>
          <w:b/>
          <w:bCs/>
          <w:sz w:val="24"/>
          <w:szCs w:val="28"/>
        </w:rPr>
        <w:t>APA Heading Levels</w:t>
      </w:r>
    </w:p>
    <w:p w14:paraId="68D93376" w14:textId="22F9B040"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sz w:val="24"/>
          <w:szCs w:val="28"/>
        </w:rPr>
        <w:t>The following table demonstrates how to format headings in APA Style.</w:t>
      </w:r>
    </w:p>
    <w:tbl>
      <w:tblPr>
        <w:tblW w:w="5000" w:type="pct"/>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860"/>
        <w:gridCol w:w="8150"/>
      </w:tblGrid>
      <w:tr w:rsidR="00B44A88" w:rsidRPr="00B44A88" w14:paraId="18248FD6" w14:textId="77777777" w:rsidTr="00276EBE">
        <w:tc>
          <w:tcPr>
            <w:tcW w:w="437" w:type="pct"/>
            <w:tcBorders>
              <w:top w:val="outset" w:sz="6" w:space="0" w:color="auto"/>
              <w:left w:val="outset" w:sz="6" w:space="0" w:color="auto"/>
              <w:bottom w:val="outset" w:sz="6" w:space="0" w:color="auto"/>
              <w:right w:val="outset" w:sz="6" w:space="0" w:color="auto"/>
            </w:tcBorders>
            <w:shd w:val="clear" w:color="auto" w:fill="F5F9FD"/>
            <w:tcMar>
              <w:top w:w="75" w:type="dxa"/>
              <w:left w:w="150" w:type="dxa"/>
              <w:bottom w:w="75" w:type="dxa"/>
              <w:right w:w="150" w:type="dxa"/>
            </w:tcMar>
            <w:vAlign w:val="bottom"/>
            <w:hideMark/>
          </w:tcPr>
          <w:p w14:paraId="6F9818C5" w14:textId="77777777"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b/>
                <w:bCs/>
                <w:sz w:val="24"/>
                <w:szCs w:val="28"/>
              </w:rPr>
              <w:t>Level</w:t>
            </w:r>
          </w:p>
        </w:tc>
        <w:tc>
          <w:tcPr>
            <w:tcW w:w="4563" w:type="pct"/>
            <w:tcBorders>
              <w:top w:val="outset" w:sz="6" w:space="0" w:color="auto"/>
              <w:left w:val="outset" w:sz="6" w:space="0" w:color="auto"/>
              <w:bottom w:val="outset" w:sz="6" w:space="0" w:color="auto"/>
              <w:right w:val="outset" w:sz="6" w:space="0" w:color="auto"/>
            </w:tcBorders>
            <w:shd w:val="clear" w:color="auto" w:fill="F5F9FD"/>
            <w:tcMar>
              <w:top w:w="75" w:type="dxa"/>
              <w:left w:w="150" w:type="dxa"/>
              <w:bottom w:w="75" w:type="dxa"/>
              <w:right w:w="150" w:type="dxa"/>
            </w:tcMar>
            <w:vAlign w:val="bottom"/>
            <w:hideMark/>
          </w:tcPr>
          <w:p w14:paraId="38FB34C7" w14:textId="77777777"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b/>
                <w:bCs/>
                <w:sz w:val="24"/>
                <w:szCs w:val="28"/>
              </w:rPr>
              <w:t>Format</w:t>
            </w:r>
          </w:p>
        </w:tc>
      </w:tr>
      <w:tr w:rsidR="00B44A88" w:rsidRPr="00B44A88" w14:paraId="36E84AFB" w14:textId="77777777" w:rsidTr="00276EBE">
        <w:tc>
          <w:tcPr>
            <w:tcW w:w="437" w:type="pct"/>
            <w:tcBorders>
              <w:top w:val="outset" w:sz="6" w:space="0" w:color="auto"/>
              <w:left w:val="outset" w:sz="6" w:space="0" w:color="auto"/>
              <w:bottom w:val="outset" w:sz="6" w:space="0" w:color="auto"/>
              <w:right w:val="outset" w:sz="6" w:space="0" w:color="auto"/>
            </w:tcBorders>
            <w:shd w:val="clear" w:color="auto" w:fill="F5F9FD"/>
            <w:tcMar>
              <w:top w:w="75" w:type="dxa"/>
              <w:left w:w="150" w:type="dxa"/>
              <w:bottom w:w="75" w:type="dxa"/>
              <w:right w:w="150" w:type="dxa"/>
            </w:tcMar>
            <w:vAlign w:val="bottom"/>
            <w:hideMark/>
          </w:tcPr>
          <w:p w14:paraId="4DAEBA8A" w14:textId="77777777"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sz w:val="24"/>
                <w:szCs w:val="28"/>
              </w:rPr>
              <w:t>1</w:t>
            </w:r>
          </w:p>
        </w:tc>
        <w:tc>
          <w:tcPr>
            <w:tcW w:w="4563" w:type="pct"/>
            <w:tcBorders>
              <w:top w:val="outset" w:sz="6" w:space="0" w:color="auto"/>
              <w:left w:val="outset" w:sz="6" w:space="0" w:color="auto"/>
              <w:bottom w:val="outset" w:sz="6" w:space="0" w:color="auto"/>
              <w:right w:val="outset" w:sz="6" w:space="0" w:color="auto"/>
            </w:tcBorders>
            <w:tcMar>
              <w:top w:w="150" w:type="dxa"/>
              <w:left w:w="150" w:type="dxa"/>
              <w:bottom w:w="0" w:type="dxa"/>
              <w:right w:w="75" w:type="dxa"/>
            </w:tcMar>
            <w:vAlign w:val="bottom"/>
            <w:hideMark/>
          </w:tcPr>
          <w:p w14:paraId="43372A02" w14:textId="77777777"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b/>
                <w:bCs/>
                <w:sz w:val="24"/>
                <w:szCs w:val="28"/>
              </w:rPr>
              <w:t>Centered, Bold, Title Case Heading</w:t>
            </w:r>
          </w:p>
          <w:p w14:paraId="36535B74" w14:textId="77777777"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sz w:val="24"/>
                <w:szCs w:val="28"/>
              </w:rPr>
              <w:t>Text begins as a new paragraph.</w:t>
            </w:r>
          </w:p>
        </w:tc>
      </w:tr>
      <w:tr w:rsidR="00B44A88" w:rsidRPr="00B44A88" w14:paraId="4F04829D" w14:textId="77777777" w:rsidTr="00276EBE">
        <w:tc>
          <w:tcPr>
            <w:tcW w:w="437" w:type="pct"/>
            <w:tcBorders>
              <w:top w:val="outset" w:sz="6" w:space="0" w:color="auto"/>
              <w:left w:val="outset" w:sz="6" w:space="0" w:color="auto"/>
              <w:bottom w:val="outset" w:sz="6" w:space="0" w:color="auto"/>
              <w:right w:val="outset" w:sz="6" w:space="0" w:color="auto"/>
            </w:tcBorders>
            <w:shd w:val="clear" w:color="auto" w:fill="F5F9FD"/>
            <w:tcMar>
              <w:top w:w="75" w:type="dxa"/>
              <w:left w:w="150" w:type="dxa"/>
              <w:bottom w:w="75" w:type="dxa"/>
              <w:right w:w="150" w:type="dxa"/>
            </w:tcMar>
            <w:vAlign w:val="bottom"/>
            <w:hideMark/>
          </w:tcPr>
          <w:p w14:paraId="089150DC" w14:textId="77777777"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sz w:val="24"/>
                <w:szCs w:val="28"/>
              </w:rPr>
              <w:t>2</w:t>
            </w:r>
          </w:p>
        </w:tc>
        <w:tc>
          <w:tcPr>
            <w:tcW w:w="4563" w:type="pct"/>
            <w:tcBorders>
              <w:top w:val="outset" w:sz="6" w:space="0" w:color="auto"/>
              <w:left w:val="outset" w:sz="6" w:space="0" w:color="auto"/>
              <w:bottom w:val="outset" w:sz="6" w:space="0" w:color="auto"/>
              <w:right w:val="outset" w:sz="6" w:space="0" w:color="auto"/>
            </w:tcBorders>
            <w:tcMar>
              <w:top w:w="150" w:type="dxa"/>
              <w:left w:w="150" w:type="dxa"/>
              <w:bottom w:w="0" w:type="dxa"/>
              <w:right w:w="75" w:type="dxa"/>
            </w:tcMar>
            <w:vAlign w:val="bottom"/>
            <w:hideMark/>
          </w:tcPr>
          <w:p w14:paraId="49D7BAF3" w14:textId="77777777"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b/>
                <w:bCs/>
                <w:sz w:val="24"/>
                <w:szCs w:val="28"/>
              </w:rPr>
              <w:t>Flush Left, Bold, Title Case Heading</w:t>
            </w:r>
          </w:p>
          <w:p w14:paraId="742BCA80" w14:textId="77777777"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sz w:val="24"/>
                <w:szCs w:val="28"/>
              </w:rPr>
              <w:t>Text begins as a new paragraph.</w:t>
            </w:r>
          </w:p>
        </w:tc>
      </w:tr>
      <w:tr w:rsidR="00B44A88" w:rsidRPr="00B44A88" w14:paraId="6EFAC439" w14:textId="77777777" w:rsidTr="00276EBE">
        <w:tc>
          <w:tcPr>
            <w:tcW w:w="437" w:type="pct"/>
            <w:tcBorders>
              <w:top w:val="outset" w:sz="6" w:space="0" w:color="auto"/>
              <w:left w:val="outset" w:sz="6" w:space="0" w:color="auto"/>
              <w:bottom w:val="outset" w:sz="6" w:space="0" w:color="auto"/>
              <w:right w:val="outset" w:sz="6" w:space="0" w:color="auto"/>
            </w:tcBorders>
            <w:shd w:val="clear" w:color="auto" w:fill="F5F9FD"/>
            <w:tcMar>
              <w:top w:w="75" w:type="dxa"/>
              <w:left w:w="150" w:type="dxa"/>
              <w:bottom w:w="75" w:type="dxa"/>
              <w:right w:w="150" w:type="dxa"/>
            </w:tcMar>
            <w:vAlign w:val="bottom"/>
            <w:hideMark/>
          </w:tcPr>
          <w:p w14:paraId="7B13B373" w14:textId="77777777"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sz w:val="24"/>
                <w:szCs w:val="28"/>
              </w:rPr>
              <w:t>3</w:t>
            </w:r>
          </w:p>
        </w:tc>
        <w:tc>
          <w:tcPr>
            <w:tcW w:w="4563" w:type="pct"/>
            <w:tcBorders>
              <w:top w:val="outset" w:sz="6" w:space="0" w:color="auto"/>
              <w:left w:val="outset" w:sz="6" w:space="0" w:color="auto"/>
              <w:bottom w:val="outset" w:sz="6" w:space="0" w:color="auto"/>
              <w:right w:val="outset" w:sz="6" w:space="0" w:color="auto"/>
            </w:tcBorders>
            <w:tcMar>
              <w:top w:w="150" w:type="dxa"/>
              <w:left w:w="150" w:type="dxa"/>
              <w:bottom w:w="0" w:type="dxa"/>
              <w:right w:w="75" w:type="dxa"/>
            </w:tcMar>
            <w:vAlign w:val="bottom"/>
            <w:hideMark/>
          </w:tcPr>
          <w:p w14:paraId="3DD82AA1" w14:textId="77777777"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b/>
                <w:bCs/>
                <w:i/>
                <w:iCs/>
                <w:sz w:val="24"/>
                <w:szCs w:val="28"/>
              </w:rPr>
              <w:t>Flush Left, Bold Italic, Title Case Heading</w:t>
            </w:r>
          </w:p>
          <w:p w14:paraId="28E8330A" w14:textId="77777777"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sz w:val="24"/>
                <w:szCs w:val="28"/>
              </w:rPr>
              <w:t>Text begins as a new paragraph. </w:t>
            </w:r>
          </w:p>
        </w:tc>
      </w:tr>
      <w:tr w:rsidR="00B44A88" w:rsidRPr="00B44A88" w14:paraId="54CDE964" w14:textId="77777777" w:rsidTr="00276EBE">
        <w:tc>
          <w:tcPr>
            <w:tcW w:w="437" w:type="pct"/>
            <w:tcBorders>
              <w:top w:val="outset" w:sz="6" w:space="0" w:color="auto"/>
              <w:left w:val="outset" w:sz="6" w:space="0" w:color="auto"/>
              <w:bottom w:val="outset" w:sz="6" w:space="0" w:color="auto"/>
              <w:right w:val="outset" w:sz="6" w:space="0" w:color="auto"/>
            </w:tcBorders>
            <w:shd w:val="clear" w:color="auto" w:fill="F5F9FD"/>
            <w:tcMar>
              <w:top w:w="75" w:type="dxa"/>
              <w:left w:w="150" w:type="dxa"/>
              <w:bottom w:w="75" w:type="dxa"/>
              <w:right w:w="150" w:type="dxa"/>
            </w:tcMar>
            <w:vAlign w:val="bottom"/>
            <w:hideMark/>
          </w:tcPr>
          <w:p w14:paraId="2546A463" w14:textId="77777777"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sz w:val="24"/>
                <w:szCs w:val="28"/>
              </w:rPr>
              <w:t>4</w:t>
            </w:r>
          </w:p>
        </w:tc>
        <w:tc>
          <w:tcPr>
            <w:tcW w:w="4563" w:type="pct"/>
            <w:tcBorders>
              <w:top w:val="outset" w:sz="6" w:space="0" w:color="auto"/>
              <w:left w:val="outset" w:sz="6" w:space="0" w:color="auto"/>
              <w:bottom w:val="outset" w:sz="6" w:space="0" w:color="auto"/>
              <w:right w:val="outset" w:sz="6" w:space="0" w:color="auto"/>
            </w:tcBorders>
            <w:tcMar>
              <w:top w:w="150" w:type="dxa"/>
              <w:left w:w="150" w:type="dxa"/>
              <w:bottom w:w="0" w:type="dxa"/>
              <w:right w:w="75" w:type="dxa"/>
            </w:tcMar>
            <w:vAlign w:val="bottom"/>
            <w:hideMark/>
          </w:tcPr>
          <w:p w14:paraId="221D302D" w14:textId="77777777"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b/>
                <w:bCs/>
                <w:sz w:val="24"/>
                <w:szCs w:val="28"/>
              </w:rPr>
              <w:t xml:space="preserve">Indented, Bold, Title Case Heading, Ending </w:t>
            </w:r>
            <w:proofErr w:type="gramStart"/>
            <w:r w:rsidRPr="00B44A88">
              <w:rPr>
                <w:rFonts w:asciiTheme="majorBidi" w:hAnsiTheme="majorBidi" w:cstheme="majorBidi"/>
                <w:b/>
                <w:bCs/>
                <w:sz w:val="24"/>
                <w:szCs w:val="28"/>
              </w:rPr>
              <w:t>With</w:t>
            </w:r>
            <w:proofErr w:type="gramEnd"/>
            <w:r w:rsidRPr="00B44A88">
              <w:rPr>
                <w:rFonts w:asciiTheme="majorBidi" w:hAnsiTheme="majorBidi" w:cstheme="majorBidi"/>
                <w:b/>
                <w:bCs/>
                <w:sz w:val="24"/>
                <w:szCs w:val="28"/>
              </w:rPr>
              <w:t xml:space="preserve"> a Period.</w:t>
            </w:r>
            <w:r w:rsidRPr="00B44A88">
              <w:rPr>
                <w:rFonts w:asciiTheme="majorBidi" w:hAnsiTheme="majorBidi" w:cstheme="majorBidi"/>
                <w:sz w:val="24"/>
                <w:szCs w:val="28"/>
              </w:rPr>
              <w:t> Text begins on the same line and continues as a regular paragraph. </w:t>
            </w:r>
          </w:p>
        </w:tc>
      </w:tr>
      <w:tr w:rsidR="00B44A88" w:rsidRPr="00B44A88" w14:paraId="28A4215A" w14:textId="77777777" w:rsidTr="00276EBE">
        <w:tc>
          <w:tcPr>
            <w:tcW w:w="437" w:type="pct"/>
            <w:tcBorders>
              <w:top w:val="outset" w:sz="6" w:space="0" w:color="auto"/>
              <w:left w:val="outset" w:sz="6" w:space="0" w:color="auto"/>
              <w:bottom w:val="outset" w:sz="6" w:space="0" w:color="auto"/>
              <w:right w:val="outset" w:sz="6" w:space="0" w:color="auto"/>
            </w:tcBorders>
            <w:shd w:val="clear" w:color="auto" w:fill="F5F9FD"/>
            <w:tcMar>
              <w:top w:w="75" w:type="dxa"/>
              <w:left w:w="150" w:type="dxa"/>
              <w:bottom w:w="75" w:type="dxa"/>
              <w:right w:w="150" w:type="dxa"/>
            </w:tcMar>
            <w:vAlign w:val="bottom"/>
            <w:hideMark/>
          </w:tcPr>
          <w:p w14:paraId="7A7F8042" w14:textId="77777777"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sz w:val="24"/>
                <w:szCs w:val="28"/>
              </w:rPr>
              <w:t>5</w:t>
            </w:r>
          </w:p>
        </w:tc>
        <w:tc>
          <w:tcPr>
            <w:tcW w:w="4563" w:type="pct"/>
            <w:tcBorders>
              <w:top w:val="outset" w:sz="6" w:space="0" w:color="auto"/>
              <w:left w:val="outset" w:sz="6" w:space="0" w:color="auto"/>
              <w:bottom w:val="outset" w:sz="6" w:space="0" w:color="auto"/>
              <w:right w:val="outset" w:sz="6" w:space="0" w:color="auto"/>
            </w:tcBorders>
            <w:tcMar>
              <w:top w:w="150" w:type="dxa"/>
              <w:left w:w="150" w:type="dxa"/>
              <w:bottom w:w="0" w:type="dxa"/>
              <w:right w:w="75" w:type="dxa"/>
            </w:tcMar>
            <w:vAlign w:val="bottom"/>
            <w:hideMark/>
          </w:tcPr>
          <w:p w14:paraId="08686981" w14:textId="77777777" w:rsidR="00B44A88" w:rsidRPr="00B44A88" w:rsidRDefault="00B44A88" w:rsidP="002C0D15">
            <w:pPr>
              <w:spacing w:after="120"/>
              <w:jc w:val="both"/>
              <w:rPr>
                <w:rFonts w:asciiTheme="majorBidi" w:hAnsiTheme="majorBidi" w:cstheme="majorBidi"/>
                <w:sz w:val="24"/>
                <w:szCs w:val="28"/>
              </w:rPr>
            </w:pPr>
            <w:r w:rsidRPr="00B44A88">
              <w:rPr>
                <w:rFonts w:asciiTheme="majorBidi" w:hAnsiTheme="majorBidi" w:cstheme="majorBidi"/>
                <w:b/>
                <w:bCs/>
                <w:i/>
                <w:iCs/>
                <w:sz w:val="24"/>
                <w:szCs w:val="28"/>
              </w:rPr>
              <w:t xml:space="preserve">Indented, Bold Italic, Title Case Heading, Ending </w:t>
            </w:r>
            <w:proofErr w:type="gramStart"/>
            <w:r w:rsidRPr="00B44A88">
              <w:rPr>
                <w:rFonts w:asciiTheme="majorBidi" w:hAnsiTheme="majorBidi" w:cstheme="majorBidi"/>
                <w:b/>
                <w:bCs/>
                <w:i/>
                <w:iCs/>
                <w:sz w:val="24"/>
                <w:szCs w:val="28"/>
              </w:rPr>
              <w:t>With</w:t>
            </w:r>
            <w:proofErr w:type="gramEnd"/>
            <w:r w:rsidRPr="00B44A88">
              <w:rPr>
                <w:rFonts w:asciiTheme="majorBidi" w:hAnsiTheme="majorBidi" w:cstheme="majorBidi"/>
                <w:b/>
                <w:bCs/>
                <w:i/>
                <w:iCs/>
                <w:sz w:val="24"/>
                <w:szCs w:val="28"/>
              </w:rPr>
              <w:t xml:space="preserve"> a Period.</w:t>
            </w:r>
            <w:r w:rsidRPr="00B44A88">
              <w:rPr>
                <w:rFonts w:asciiTheme="majorBidi" w:hAnsiTheme="majorBidi" w:cstheme="majorBidi"/>
                <w:sz w:val="24"/>
                <w:szCs w:val="28"/>
              </w:rPr>
              <w:t> Text begins on the same line and continues as a regular paragraph. </w:t>
            </w:r>
          </w:p>
        </w:tc>
      </w:tr>
    </w:tbl>
    <w:p w14:paraId="3BA048F8" w14:textId="77777777" w:rsidR="00B44A88" w:rsidRPr="00B44A88" w:rsidRDefault="00B44A88" w:rsidP="002C0D15">
      <w:pPr>
        <w:spacing w:after="120"/>
        <w:jc w:val="both"/>
        <w:rPr>
          <w:rFonts w:asciiTheme="majorBidi" w:hAnsiTheme="majorBidi" w:cstheme="majorBidi"/>
          <w:sz w:val="24"/>
          <w:szCs w:val="28"/>
        </w:rPr>
      </w:pPr>
    </w:p>
    <w:p w14:paraId="4D15D4FC" w14:textId="2D7F3785" w:rsidR="00B44A88" w:rsidRPr="002C0D15" w:rsidRDefault="00B44A88" w:rsidP="00B44A88">
      <w:pPr>
        <w:spacing w:before="360" w:after="120"/>
        <w:jc w:val="center"/>
        <w:rPr>
          <w:rFonts w:asciiTheme="majorBidi" w:hAnsiTheme="majorBidi" w:cstheme="majorBidi"/>
          <w:sz w:val="22"/>
          <w:szCs w:val="24"/>
        </w:rPr>
      </w:pPr>
      <w:r w:rsidRPr="002C0D15">
        <w:rPr>
          <w:rFonts w:asciiTheme="majorBidi" w:hAnsiTheme="majorBidi" w:cstheme="majorBidi"/>
          <w:b/>
          <w:color w:val="800020"/>
          <w:sz w:val="24"/>
          <w:szCs w:val="24"/>
        </w:rPr>
        <w:t>DISCUSSION</w:t>
      </w:r>
    </w:p>
    <w:p w14:paraId="350B1810" w14:textId="77777777" w:rsidR="004D27C8" w:rsidRPr="004D27C8" w:rsidRDefault="004D27C8" w:rsidP="004D27C8">
      <w:p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 xml:space="preserve">Once the empirical findings have been presented, use the Discussion section to evaluate, interpret, and contextualize their broader implications relative to your initial hypotheses. This section serves to qualify your results, draw logical inferences, and highlight the practical and theoretical significance of the study. </w:t>
      </w:r>
      <w:r w:rsidRPr="004D27C8">
        <w:rPr>
          <w:rFonts w:asciiTheme="majorBidi" w:eastAsia="Corbel" w:hAnsiTheme="majorBidi" w:cstheme="majorBidi"/>
          <w:i/>
          <w:iCs/>
          <w:sz w:val="24"/>
          <w:szCs w:val="24"/>
        </w:rPr>
        <w:t>(Note: If the findings are concise and straightforward, authors may merge these two sections under a single header titled Results and Discussion).</w:t>
      </w:r>
    </w:p>
    <w:p w14:paraId="05A6FEEC" w14:textId="77777777" w:rsidR="004D27C8" w:rsidRPr="004D27C8" w:rsidRDefault="004D27C8" w:rsidP="004D27C8">
      <w:pPr>
        <w:tabs>
          <w:tab w:val="left" w:pos="0"/>
        </w:tabs>
        <w:spacing w:after="120"/>
        <w:jc w:val="both"/>
        <w:rPr>
          <w:rFonts w:asciiTheme="majorBidi" w:eastAsia="Corbel" w:hAnsiTheme="majorBidi" w:cstheme="majorBidi"/>
          <w:b/>
          <w:bCs/>
          <w:sz w:val="24"/>
          <w:szCs w:val="24"/>
        </w:rPr>
      </w:pPr>
      <w:r w:rsidRPr="004D27C8">
        <w:rPr>
          <w:rFonts w:asciiTheme="majorBidi" w:eastAsia="Corbel" w:hAnsiTheme="majorBidi" w:cstheme="majorBidi"/>
          <w:b/>
          <w:bCs/>
          <w:sz w:val="24"/>
          <w:szCs w:val="24"/>
        </w:rPr>
        <w:t>Primary Components of the Discussion</w:t>
      </w:r>
    </w:p>
    <w:p w14:paraId="728E66CB" w14:textId="22CCCD27" w:rsidR="004D27C8" w:rsidRPr="004D27C8" w:rsidRDefault="004D27C8" w:rsidP="004D27C8">
      <w:pPr>
        <w:tabs>
          <w:tab w:val="left" w:pos="0"/>
        </w:tabs>
        <w:spacing w:after="120"/>
        <w:jc w:val="both"/>
        <w:rPr>
          <w:rFonts w:asciiTheme="majorBidi" w:eastAsia="Corbel" w:hAnsiTheme="majorBidi" w:cstheme="majorBidi"/>
          <w:b/>
          <w:bCs/>
          <w:i/>
          <w:iCs/>
          <w:sz w:val="24"/>
          <w:szCs w:val="24"/>
        </w:rPr>
      </w:pPr>
      <w:r w:rsidRPr="004D27C8">
        <w:rPr>
          <w:rFonts w:asciiTheme="majorBidi" w:eastAsia="Corbel" w:hAnsiTheme="majorBidi" w:cstheme="majorBidi"/>
          <w:b/>
          <w:bCs/>
          <w:i/>
          <w:iCs/>
          <w:sz w:val="24"/>
          <w:szCs w:val="24"/>
        </w:rPr>
        <w:t>Hypothesis Testing &amp; Contextualization</w:t>
      </w:r>
    </w:p>
    <w:p w14:paraId="5C0A6963" w14:textId="77777777" w:rsidR="004D27C8" w:rsidRPr="004D27C8" w:rsidRDefault="004D27C8" w:rsidP="004D27C8">
      <w:p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lastRenderedPageBreak/>
        <w:t xml:space="preserve">Begin by explicitly stating whether your primary and secondary hypotheses were supported or refuted by the data. If the outcomes contradict your expectations, provide plausible </w:t>
      </w:r>
      <w:r w:rsidRPr="004D27C8">
        <w:rPr>
          <w:rFonts w:asciiTheme="majorBidi" w:eastAsia="Corbel" w:hAnsiTheme="majorBidi" w:cstheme="majorBidi"/>
          <w:i/>
          <w:iCs/>
          <w:sz w:val="24"/>
          <w:szCs w:val="24"/>
        </w:rPr>
        <w:t>post hoc</w:t>
      </w:r>
      <w:r w:rsidRPr="004D27C8">
        <w:rPr>
          <w:rFonts w:asciiTheme="majorBidi" w:eastAsia="Corbel" w:hAnsiTheme="majorBidi" w:cstheme="majorBidi"/>
          <w:sz w:val="24"/>
          <w:szCs w:val="24"/>
        </w:rPr>
        <w:t xml:space="preserve"> explanations.</w:t>
      </w:r>
    </w:p>
    <w:p w14:paraId="1679EDAF" w14:textId="77777777" w:rsidR="004D27C8" w:rsidRPr="004D27C8" w:rsidRDefault="004D27C8" w:rsidP="004D27C8">
      <w:pPr>
        <w:numPr>
          <w:ilvl w:val="0"/>
          <w:numId w:val="16"/>
        </w:num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Compare and contrast your results with prior literature to contextualize, confirm, or refine your conclusions.</w:t>
      </w:r>
    </w:p>
    <w:p w14:paraId="5EA00992" w14:textId="77777777" w:rsidR="004D27C8" w:rsidRPr="004D27C8" w:rsidRDefault="004D27C8" w:rsidP="004D27C8">
      <w:pPr>
        <w:numPr>
          <w:ilvl w:val="0"/>
          <w:numId w:val="16"/>
        </w:num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Avoid repeating raw data or restating points from earlier sections; every assertion should advance the reader’s understanding of the core problem.</w:t>
      </w:r>
    </w:p>
    <w:p w14:paraId="3C9C0C51" w14:textId="25E70CBD" w:rsidR="004D27C8" w:rsidRPr="004D27C8" w:rsidRDefault="004D27C8" w:rsidP="004D27C8">
      <w:pPr>
        <w:tabs>
          <w:tab w:val="left" w:pos="0"/>
        </w:tabs>
        <w:spacing w:after="120"/>
        <w:jc w:val="both"/>
        <w:rPr>
          <w:rFonts w:asciiTheme="majorBidi" w:eastAsia="Corbel" w:hAnsiTheme="majorBidi" w:cstheme="majorBidi"/>
          <w:b/>
          <w:bCs/>
          <w:i/>
          <w:iCs/>
          <w:sz w:val="24"/>
          <w:szCs w:val="24"/>
        </w:rPr>
      </w:pPr>
      <w:r w:rsidRPr="004D27C8">
        <w:rPr>
          <w:rFonts w:asciiTheme="majorBidi" w:eastAsia="Corbel" w:hAnsiTheme="majorBidi" w:cstheme="majorBidi"/>
          <w:b/>
          <w:bCs/>
          <w:i/>
          <w:iCs/>
          <w:sz w:val="24"/>
          <w:szCs w:val="24"/>
        </w:rPr>
        <w:t>Internal Validity &amp; Analytical Nuance</w:t>
      </w:r>
    </w:p>
    <w:p w14:paraId="499156F1" w14:textId="77777777" w:rsidR="004D27C8" w:rsidRPr="004D27C8" w:rsidRDefault="004D27C8" w:rsidP="004D27C8">
      <w:p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Evaluate your results critically by accounting for methodological parameters that may influence interpretation:</w:t>
      </w:r>
    </w:p>
    <w:p w14:paraId="67C13B62" w14:textId="77777777" w:rsidR="004D27C8" w:rsidRPr="004D27C8" w:rsidRDefault="004D27C8" w:rsidP="004D27C8">
      <w:pPr>
        <w:numPr>
          <w:ilvl w:val="0"/>
          <w:numId w:val="17"/>
        </w:num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Methodological Vulnerabilities: Identify potential sources of systemic bias, measurement errors, or threats to internal validity.</w:t>
      </w:r>
    </w:p>
    <w:p w14:paraId="7B1004A7" w14:textId="77777777" w:rsidR="004D27C8" w:rsidRPr="004D27C8" w:rsidRDefault="004D27C8" w:rsidP="004D27C8">
      <w:pPr>
        <w:numPr>
          <w:ilvl w:val="0"/>
          <w:numId w:val="17"/>
        </w:num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Statistical Context: Reflect on analytical imprecision, total statistical tests conducted, observed effect sizes, and operational limitations.</w:t>
      </w:r>
    </w:p>
    <w:p w14:paraId="308F63A5" w14:textId="77777777" w:rsidR="004D27C8" w:rsidRPr="004D27C8" w:rsidRDefault="004D27C8" w:rsidP="004D27C8">
      <w:pPr>
        <w:numPr>
          <w:ilvl w:val="0"/>
          <w:numId w:val="17"/>
        </w:num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Intervention Dynamics (if applicable): Evaluate the success of any experimental treatment and explain its theoretical mechanism (causal pathways). Account for alternative delivery mechanisms, implementation obstacles, and any divergences between planned protocol and actual execution (fidelity).</w:t>
      </w:r>
    </w:p>
    <w:p w14:paraId="07EE76DA" w14:textId="2BE071A6" w:rsidR="004D27C8" w:rsidRPr="004D27C8" w:rsidRDefault="004D27C8" w:rsidP="004D27C8">
      <w:pPr>
        <w:tabs>
          <w:tab w:val="left" w:pos="0"/>
        </w:tabs>
        <w:spacing w:after="120"/>
        <w:jc w:val="both"/>
        <w:rPr>
          <w:rFonts w:asciiTheme="majorBidi" w:eastAsia="Corbel" w:hAnsiTheme="majorBidi" w:cstheme="majorBidi"/>
          <w:b/>
          <w:bCs/>
          <w:i/>
          <w:iCs/>
          <w:sz w:val="24"/>
          <w:szCs w:val="24"/>
        </w:rPr>
      </w:pPr>
      <w:r w:rsidRPr="004D27C8">
        <w:rPr>
          <w:rFonts w:asciiTheme="majorBidi" w:eastAsia="Corbel" w:hAnsiTheme="majorBidi" w:cstheme="majorBidi"/>
          <w:b/>
          <w:bCs/>
          <w:i/>
          <w:iCs/>
          <w:sz w:val="24"/>
          <w:szCs w:val="24"/>
        </w:rPr>
        <w:t>Generalizability &amp; External Validity</w:t>
      </w:r>
    </w:p>
    <w:p w14:paraId="62524EBA" w14:textId="77777777" w:rsidR="004D27C8" w:rsidRPr="004D27C8" w:rsidRDefault="004D27C8" w:rsidP="004D27C8">
      <w:p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Acknowledge research limitations and explore alternative explanations for your outcomes. Critically assess how broadly your findings apply by examining:</w:t>
      </w:r>
    </w:p>
    <w:p w14:paraId="0AA324FE" w14:textId="77777777" w:rsidR="004D27C8" w:rsidRPr="004D27C8" w:rsidRDefault="004D27C8" w:rsidP="004D27C8">
      <w:pPr>
        <w:numPr>
          <w:ilvl w:val="0"/>
          <w:numId w:val="18"/>
        </w:num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Differences between your target population and the sample evaluated.</w:t>
      </w:r>
    </w:p>
    <w:p w14:paraId="2FCEDB92" w14:textId="77777777" w:rsidR="004D27C8" w:rsidRPr="004D27C8" w:rsidRDefault="004D27C8" w:rsidP="004D27C8">
      <w:pPr>
        <w:numPr>
          <w:ilvl w:val="0"/>
          <w:numId w:val="18"/>
        </w:num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Contextual factors impacting intervention delivery, such as target settings, participant incentives, compliance metrics, and outcome measurement timing relative to intervention completion.</w:t>
      </w:r>
    </w:p>
    <w:p w14:paraId="2DCA4BD4" w14:textId="5C74AF9D" w:rsidR="004D27C8" w:rsidRPr="004D27C8" w:rsidRDefault="004D27C8" w:rsidP="004D27C8">
      <w:pPr>
        <w:tabs>
          <w:tab w:val="left" w:pos="0"/>
        </w:tabs>
        <w:spacing w:after="120"/>
        <w:jc w:val="both"/>
        <w:rPr>
          <w:rFonts w:asciiTheme="majorBidi" w:eastAsia="Corbel" w:hAnsiTheme="majorBidi" w:cstheme="majorBidi"/>
          <w:b/>
          <w:bCs/>
          <w:i/>
          <w:iCs/>
          <w:sz w:val="24"/>
          <w:szCs w:val="24"/>
        </w:rPr>
      </w:pPr>
      <w:r w:rsidRPr="004D27C8">
        <w:rPr>
          <w:rFonts w:asciiTheme="majorBidi" w:eastAsia="Corbel" w:hAnsiTheme="majorBidi" w:cstheme="majorBidi"/>
          <w:b/>
          <w:bCs/>
          <w:i/>
          <w:iCs/>
          <w:sz w:val="24"/>
          <w:szCs w:val="24"/>
        </w:rPr>
        <w:t>Concluding Commentary &amp; Significance</w:t>
      </w:r>
    </w:p>
    <w:p w14:paraId="44CBCB0C" w14:textId="77777777" w:rsidR="004D27C8" w:rsidRPr="004D27C8" w:rsidRDefault="004D27C8" w:rsidP="004D27C8">
      <w:p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Conclude the section with a tightly reasoned, well-supported synthesis explaining why your findings matter. Revisit the core issue outlined in your introduction, frame how your results address broader questions within or beyond your subfield, and highlight what general propositions are validated or challenged by your work. Avoid overstating your conclusions.</w:t>
      </w:r>
    </w:p>
    <w:p w14:paraId="59396CB1" w14:textId="77777777" w:rsidR="004D27C8" w:rsidRPr="004D27C8" w:rsidRDefault="004D27C8" w:rsidP="004D27C8">
      <w:pPr>
        <w:tabs>
          <w:tab w:val="left" w:pos="0"/>
        </w:tabs>
        <w:spacing w:after="120"/>
        <w:jc w:val="both"/>
        <w:rPr>
          <w:rFonts w:asciiTheme="majorBidi" w:eastAsia="Corbel" w:hAnsiTheme="majorBidi" w:cstheme="majorBidi"/>
          <w:b/>
          <w:bCs/>
          <w:sz w:val="24"/>
          <w:szCs w:val="24"/>
        </w:rPr>
      </w:pPr>
      <w:r w:rsidRPr="004D27C8">
        <w:rPr>
          <w:rFonts w:asciiTheme="majorBidi" w:eastAsia="Corbel" w:hAnsiTheme="majorBidi" w:cstheme="majorBidi"/>
          <w:b/>
          <w:bCs/>
          <w:sz w:val="24"/>
          <w:szCs w:val="24"/>
        </w:rPr>
        <w:t>Key Reflective Questions to Address</w:t>
      </w:r>
    </w:p>
    <w:p w14:paraId="0B0B9A45" w14:textId="77777777" w:rsidR="004D27C8" w:rsidRPr="004D27C8" w:rsidRDefault="004D27C8" w:rsidP="004D27C8">
      <w:p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 xml:space="preserve">To deliver </w:t>
      </w:r>
      <w:proofErr w:type="gramStart"/>
      <w:r w:rsidRPr="004D27C8">
        <w:rPr>
          <w:rFonts w:asciiTheme="majorBidi" w:eastAsia="Corbel" w:hAnsiTheme="majorBidi" w:cstheme="majorBidi"/>
          <w:sz w:val="24"/>
          <w:szCs w:val="24"/>
        </w:rPr>
        <w:t>a</w:t>
      </w:r>
      <w:proofErr w:type="gramEnd"/>
      <w:r w:rsidRPr="004D27C8">
        <w:rPr>
          <w:rFonts w:asciiTheme="majorBidi" w:eastAsia="Corbel" w:hAnsiTheme="majorBidi" w:cstheme="majorBidi"/>
          <w:sz w:val="24"/>
          <w:szCs w:val="24"/>
        </w:rPr>
        <w:t xml:space="preserve"> impactful contribution, ensure your discussion directly answers these core considerations:</w:t>
      </w:r>
    </w:p>
    <w:p w14:paraId="572A05FB" w14:textId="77777777" w:rsidR="004D27C8" w:rsidRPr="004D27C8" w:rsidRDefault="004D27C8" w:rsidP="004D27C8">
      <w:pPr>
        <w:numPr>
          <w:ilvl w:val="0"/>
          <w:numId w:val="19"/>
        </w:num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t>Practical &amp; Theoretical Impact: What is the practical, clinical, or theoretical value of your findings? If replicable, what real-world phenomena do they model, and are practical applications justified?</w:t>
      </w:r>
    </w:p>
    <w:p w14:paraId="023461E1" w14:textId="77777777" w:rsidR="004D27C8" w:rsidRPr="004D27C8" w:rsidRDefault="004D27C8" w:rsidP="004D27C8">
      <w:pPr>
        <w:numPr>
          <w:ilvl w:val="0"/>
          <w:numId w:val="19"/>
        </w:numPr>
        <w:tabs>
          <w:tab w:val="left" w:pos="0"/>
        </w:tabs>
        <w:spacing w:after="120"/>
        <w:jc w:val="both"/>
        <w:rPr>
          <w:rFonts w:asciiTheme="majorBidi" w:eastAsia="Corbel" w:hAnsiTheme="majorBidi" w:cstheme="majorBidi"/>
          <w:sz w:val="24"/>
          <w:szCs w:val="24"/>
        </w:rPr>
      </w:pPr>
      <w:r w:rsidRPr="004D27C8">
        <w:rPr>
          <w:rFonts w:asciiTheme="majorBidi" w:eastAsia="Corbel" w:hAnsiTheme="majorBidi" w:cstheme="majorBidi"/>
          <w:sz w:val="24"/>
          <w:szCs w:val="24"/>
        </w:rPr>
        <w:lastRenderedPageBreak/>
        <w:t>Unresolved Questions: What unanswered questions remain, and what new inquiries arise directly from your findings?</w:t>
      </w:r>
    </w:p>
    <w:p w14:paraId="39C9D95E" w14:textId="77777777" w:rsidR="002C0D15" w:rsidRDefault="002C0D15" w:rsidP="00B44A88">
      <w:pPr>
        <w:spacing w:before="360" w:after="120"/>
        <w:jc w:val="center"/>
        <w:rPr>
          <w:rFonts w:asciiTheme="majorBidi" w:hAnsiTheme="majorBidi" w:cstheme="majorBidi"/>
          <w:b/>
          <w:color w:val="800020"/>
          <w:sz w:val="24"/>
          <w:szCs w:val="24"/>
        </w:rPr>
      </w:pPr>
    </w:p>
    <w:p w14:paraId="319487DC" w14:textId="4C216FC6" w:rsidR="00B44A88" w:rsidRPr="002C0D15" w:rsidRDefault="00B44A88" w:rsidP="00B44A88">
      <w:pPr>
        <w:spacing w:before="360" w:after="120"/>
        <w:jc w:val="center"/>
        <w:rPr>
          <w:rFonts w:asciiTheme="majorBidi" w:hAnsiTheme="majorBidi" w:cstheme="majorBidi"/>
          <w:sz w:val="22"/>
          <w:szCs w:val="24"/>
        </w:rPr>
      </w:pPr>
      <w:r w:rsidRPr="002C0D15">
        <w:rPr>
          <w:rFonts w:asciiTheme="majorBidi" w:hAnsiTheme="majorBidi" w:cstheme="majorBidi"/>
          <w:b/>
          <w:color w:val="800020"/>
          <w:sz w:val="24"/>
          <w:szCs w:val="24"/>
        </w:rPr>
        <w:t>CONCLUSION</w:t>
      </w:r>
    </w:p>
    <w:p w14:paraId="131D3532" w14:textId="02163DE1" w:rsidR="00B44A88" w:rsidRPr="002C0D15" w:rsidRDefault="004D27C8" w:rsidP="004D27C8">
      <w:pPr>
        <w:tabs>
          <w:tab w:val="left" w:pos="0"/>
        </w:tabs>
        <w:spacing w:after="240"/>
        <w:jc w:val="both"/>
        <w:rPr>
          <w:rFonts w:asciiTheme="majorBidi" w:eastAsia="Corbel" w:hAnsiTheme="majorBidi" w:cstheme="majorBidi"/>
          <w:sz w:val="24"/>
          <w:szCs w:val="24"/>
        </w:rPr>
      </w:pPr>
      <w:r w:rsidRPr="002C0D15">
        <w:rPr>
          <w:rFonts w:asciiTheme="majorBidi" w:eastAsia="Corbel" w:hAnsiTheme="majorBidi" w:cstheme="majorBidi"/>
          <w:sz w:val="24"/>
          <w:szCs w:val="24"/>
        </w:rPr>
        <w:t>End the article with a concise, self-contained summary of the study's primary outcomes. Reiterate the central contributions of the work, acknowledge key methodological boundaries or limitations, and offer actionable recommendations alongside explicit directions for future research.</w:t>
      </w:r>
      <w:r w:rsidR="00B44A88" w:rsidRPr="002C0D15">
        <w:rPr>
          <w:rFonts w:asciiTheme="majorBidi" w:eastAsia="Corbel" w:hAnsiTheme="majorBidi" w:cstheme="majorBidi"/>
          <w:sz w:val="24"/>
          <w:szCs w:val="24"/>
        </w:rPr>
        <w:t> </w:t>
      </w:r>
    </w:p>
    <w:p w14:paraId="50F40401" w14:textId="609E46F5" w:rsidR="00B44A88" w:rsidRPr="002C0D15" w:rsidRDefault="00B44A88" w:rsidP="00B44A88">
      <w:pPr>
        <w:spacing w:before="360" w:after="120"/>
        <w:rPr>
          <w:rFonts w:asciiTheme="majorBidi" w:eastAsia="Corbel" w:hAnsiTheme="majorBidi" w:cstheme="majorBidi"/>
          <w:b/>
          <w:sz w:val="24"/>
          <w:szCs w:val="24"/>
        </w:rPr>
      </w:pPr>
      <w:r w:rsidRPr="002C0D15">
        <w:rPr>
          <w:rFonts w:asciiTheme="majorBidi" w:hAnsiTheme="majorBidi" w:cstheme="majorBidi"/>
          <w:b/>
          <w:color w:val="800020"/>
          <w:sz w:val="24"/>
          <w:szCs w:val="24"/>
        </w:rPr>
        <w:t>REFERENCES</w:t>
      </w:r>
    </w:p>
    <w:p w14:paraId="7D6B5534" w14:textId="77777777" w:rsidR="004D27C8" w:rsidRPr="004D27C8" w:rsidRDefault="004D27C8" w:rsidP="004D27C8">
      <w:pPr>
        <w:spacing w:after="120"/>
        <w:rPr>
          <w:rFonts w:asciiTheme="majorBidi" w:eastAsia="Corbel" w:hAnsiTheme="majorBidi" w:cstheme="majorBidi"/>
          <w:sz w:val="24"/>
          <w:szCs w:val="24"/>
        </w:rPr>
      </w:pPr>
      <w:r w:rsidRPr="004D27C8">
        <w:rPr>
          <w:rFonts w:asciiTheme="majorBidi" w:eastAsia="Corbel" w:hAnsiTheme="majorBidi" w:cstheme="majorBidi"/>
          <w:sz w:val="24"/>
          <w:szCs w:val="24"/>
        </w:rPr>
        <w:t>This section details the formatting and selection criteria for your reference list. Strictly maintain a 1:1 correspondence between body citations and listed sources: every work cited in the text must appear in the References list, and every entry in the References list must be cited within the manuscript body.</w:t>
      </w:r>
    </w:p>
    <w:p w14:paraId="19B0B649" w14:textId="77777777" w:rsidR="004D27C8" w:rsidRPr="004D27C8" w:rsidRDefault="004D27C8" w:rsidP="004D27C8">
      <w:pPr>
        <w:spacing w:after="120"/>
        <w:rPr>
          <w:rFonts w:asciiTheme="majorBidi" w:eastAsia="Corbel" w:hAnsiTheme="majorBidi" w:cstheme="majorBidi"/>
          <w:b/>
          <w:bCs/>
          <w:sz w:val="24"/>
          <w:szCs w:val="24"/>
        </w:rPr>
      </w:pPr>
      <w:r w:rsidRPr="004D27C8">
        <w:rPr>
          <w:rFonts w:asciiTheme="majorBidi" w:eastAsia="Corbel" w:hAnsiTheme="majorBidi" w:cstheme="majorBidi"/>
          <w:b/>
          <w:bCs/>
          <w:sz w:val="24"/>
          <w:szCs w:val="24"/>
        </w:rPr>
        <w:t>Sourcing &amp; Recency Requirements</w:t>
      </w:r>
    </w:p>
    <w:p w14:paraId="2B4DD4E1" w14:textId="77777777" w:rsidR="004D27C8" w:rsidRPr="002C0D15" w:rsidRDefault="004D27C8" w:rsidP="002C0D15">
      <w:pPr>
        <w:pStyle w:val="ListParagraph"/>
        <w:numPr>
          <w:ilvl w:val="0"/>
          <w:numId w:val="22"/>
        </w:numPr>
        <w:spacing w:after="120"/>
        <w:contextualSpacing w:val="0"/>
        <w:rPr>
          <w:rFonts w:asciiTheme="majorBidi" w:eastAsia="Corbel" w:hAnsiTheme="majorBidi" w:cstheme="majorBidi"/>
          <w:sz w:val="24"/>
          <w:szCs w:val="24"/>
        </w:rPr>
      </w:pPr>
      <w:r w:rsidRPr="002C0D15">
        <w:rPr>
          <w:rFonts w:asciiTheme="majorBidi" w:eastAsia="Corbel" w:hAnsiTheme="majorBidi" w:cstheme="majorBidi"/>
          <w:sz w:val="24"/>
          <w:szCs w:val="24"/>
        </w:rPr>
        <w:t>Recency: References must prioritize recent scholarship published within the last 5</w:t>
      </w:r>
      <w:r w:rsidRPr="002C0D15">
        <w:rPr>
          <w:rFonts w:asciiTheme="majorBidi" w:eastAsia="Corbel" w:hAnsiTheme="majorBidi" w:cstheme="majorBidi"/>
          <w:b/>
          <w:bCs/>
          <w:sz w:val="24"/>
          <w:szCs w:val="24"/>
        </w:rPr>
        <w:t xml:space="preserve"> </w:t>
      </w:r>
      <w:r w:rsidRPr="002C0D15">
        <w:rPr>
          <w:rFonts w:asciiTheme="majorBidi" w:eastAsia="Corbel" w:hAnsiTheme="majorBidi" w:cstheme="majorBidi"/>
          <w:sz w:val="24"/>
          <w:szCs w:val="24"/>
        </w:rPr>
        <w:t>years.</w:t>
      </w:r>
    </w:p>
    <w:p w14:paraId="63EC84B7" w14:textId="77777777" w:rsidR="004D27C8" w:rsidRPr="002C0D15" w:rsidRDefault="004D27C8" w:rsidP="002C0D15">
      <w:pPr>
        <w:pStyle w:val="ListParagraph"/>
        <w:numPr>
          <w:ilvl w:val="0"/>
          <w:numId w:val="22"/>
        </w:numPr>
        <w:spacing w:after="120"/>
        <w:contextualSpacing w:val="0"/>
        <w:rPr>
          <w:rFonts w:asciiTheme="majorBidi" w:eastAsia="Corbel" w:hAnsiTheme="majorBidi" w:cstheme="majorBidi"/>
          <w:sz w:val="24"/>
          <w:szCs w:val="24"/>
        </w:rPr>
      </w:pPr>
      <w:r w:rsidRPr="002C0D15">
        <w:rPr>
          <w:rFonts w:asciiTheme="majorBidi" w:eastAsia="Corbel" w:hAnsiTheme="majorBidi" w:cstheme="majorBidi"/>
          <w:sz w:val="24"/>
          <w:szCs w:val="24"/>
        </w:rPr>
        <w:t>Primary Source Threshold: At least 80% of your total reference list must consist of primary academic sources—specifically peer-reviewed journal articles, conference proceedings, and online-accessible research reports, theses, or dissertations.</w:t>
      </w:r>
    </w:p>
    <w:p w14:paraId="03AC5D8A" w14:textId="77777777" w:rsidR="004D27C8" w:rsidRPr="002C0D15" w:rsidRDefault="004D27C8" w:rsidP="002C0D15">
      <w:pPr>
        <w:pStyle w:val="ListParagraph"/>
        <w:numPr>
          <w:ilvl w:val="0"/>
          <w:numId w:val="22"/>
        </w:numPr>
        <w:spacing w:after="120"/>
        <w:contextualSpacing w:val="0"/>
        <w:rPr>
          <w:rFonts w:asciiTheme="majorBidi" w:eastAsia="Corbel" w:hAnsiTheme="majorBidi" w:cstheme="majorBidi"/>
          <w:sz w:val="24"/>
          <w:szCs w:val="24"/>
        </w:rPr>
      </w:pPr>
      <w:r w:rsidRPr="002C0D15">
        <w:rPr>
          <w:rFonts w:asciiTheme="majorBidi" w:eastAsia="Corbel" w:hAnsiTheme="majorBidi" w:cstheme="majorBidi"/>
          <w:sz w:val="24"/>
          <w:szCs w:val="24"/>
        </w:rPr>
        <w:t>DOIs / Permalinks: Provide an active permalink or DOI URL for all digital and primary sources.</w:t>
      </w:r>
    </w:p>
    <w:p w14:paraId="068D30AE" w14:textId="77777777" w:rsidR="004D27C8" w:rsidRPr="002C0D15" w:rsidRDefault="004D27C8" w:rsidP="002C0D15">
      <w:pPr>
        <w:pStyle w:val="ListParagraph"/>
        <w:numPr>
          <w:ilvl w:val="0"/>
          <w:numId w:val="22"/>
        </w:numPr>
        <w:spacing w:after="120"/>
        <w:contextualSpacing w:val="0"/>
        <w:rPr>
          <w:rFonts w:asciiTheme="majorBidi" w:eastAsia="Corbel" w:hAnsiTheme="majorBidi" w:cstheme="majorBidi"/>
          <w:sz w:val="24"/>
          <w:szCs w:val="24"/>
        </w:rPr>
      </w:pPr>
      <w:r w:rsidRPr="002C0D15">
        <w:rPr>
          <w:rFonts w:asciiTheme="majorBidi" w:eastAsia="Corbel" w:hAnsiTheme="majorBidi" w:cstheme="majorBidi"/>
          <w:sz w:val="24"/>
          <w:szCs w:val="24"/>
        </w:rPr>
        <w:t>Verification: Double-check every entry against its original publication details to verify author names, publication year, volume, issue, and DOI/URL accuracy. Refer to recently published papers in this journal as formatting models.</w:t>
      </w:r>
    </w:p>
    <w:p w14:paraId="719149DE" w14:textId="77777777" w:rsidR="004D27C8" w:rsidRPr="004D27C8" w:rsidRDefault="004D27C8" w:rsidP="002C0D15">
      <w:pPr>
        <w:spacing w:after="120"/>
        <w:rPr>
          <w:rFonts w:asciiTheme="majorBidi" w:eastAsia="Corbel" w:hAnsiTheme="majorBidi" w:cstheme="majorBidi"/>
          <w:b/>
          <w:bCs/>
          <w:sz w:val="24"/>
          <w:szCs w:val="24"/>
        </w:rPr>
      </w:pPr>
      <w:r w:rsidRPr="004D27C8">
        <w:rPr>
          <w:rFonts w:asciiTheme="majorBidi" w:eastAsia="Corbel" w:hAnsiTheme="majorBidi" w:cstheme="majorBidi"/>
          <w:b/>
          <w:bCs/>
          <w:sz w:val="24"/>
          <w:szCs w:val="24"/>
        </w:rPr>
        <w:t>Typography &amp; Formatting Rules</w:t>
      </w:r>
    </w:p>
    <w:p w14:paraId="6DCBAE80" w14:textId="009BA251" w:rsidR="004D27C8" w:rsidRPr="002C0D15" w:rsidRDefault="004D27C8" w:rsidP="002C0D15">
      <w:pPr>
        <w:pStyle w:val="ListParagraph"/>
        <w:numPr>
          <w:ilvl w:val="0"/>
          <w:numId w:val="23"/>
        </w:numPr>
        <w:spacing w:after="120"/>
        <w:contextualSpacing w:val="0"/>
        <w:rPr>
          <w:rFonts w:asciiTheme="majorBidi" w:eastAsia="Corbel" w:hAnsiTheme="majorBidi" w:cstheme="majorBidi"/>
          <w:sz w:val="24"/>
          <w:szCs w:val="24"/>
        </w:rPr>
      </w:pPr>
      <w:r w:rsidRPr="002C0D15">
        <w:rPr>
          <w:rFonts w:asciiTheme="majorBidi" w:eastAsia="Corbel" w:hAnsiTheme="majorBidi" w:cstheme="majorBidi"/>
          <w:sz w:val="24"/>
          <w:szCs w:val="24"/>
        </w:rPr>
        <w:t xml:space="preserve">Font &amp; Size: 12-pt </w:t>
      </w:r>
      <w:r w:rsidR="00B270FA">
        <w:rPr>
          <w:rFonts w:asciiTheme="majorBidi" w:eastAsia="Corbel" w:hAnsiTheme="majorBidi" w:cstheme="majorBidi"/>
          <w:sz w:val="24"/>
          <w:szCs w:val="24"/>
        </w:rPr>
        <w:t>Times New Roman</w:t>
      </w:r>
      <w:r w:rsidRPr="002C0D15">
        <w:rPr>
          <w:rFonts w:asciiTheme="majorBidi" w:eastAsia="Corbel" w:hAnsiTheme="majorBidi" w:cstheme="majorBidi"/>
          <w:sz w:val="24"/>
          <w:szCs w:val="24"/>
        </w:rPr>
        <w:t xml:space="preserve"> font.</w:t>
      </w:r>
    </w:p>
    <w:p w14:paraId="39F25139" w14:textId="77777777" w:rsidR="004D27C8" w:rsidRPr="002C0D15" w:rsidRDefault="004D27C8" w:rsidP="002C0D15">
      <w:pPr>
        <w:pStyle w:val="ListParagraph"/>
        <w:numPr>
          <w:ilvl w:val="0"/>
          <w:numId w:val="23"/>
        </w:numPr>
        <w:spacing w:after="120"/>
        <w:contextualSpacing w:val="0"/>
        <w:rPr>
          <w:rFonts w:asciiTheme="majorBidi" w:eastAsia="Corbel" w:hAnsiTheme="majorBidi" w:cstheme="majorBidi"/>
          <w:sz w:val="24"/>
          <w:szCs w:val="24"/>
        </w:rPr>
      </w:pPr>
      <w:r w:rsidRPr="002C0D15">
        <w:rPr>
          <w:rFonts w:asciiTheme="majorBidi" w:eastAsia="Corbel" w:hAnsiTheme="majorBidi" w:cstheme="majorBidi"/>
          <w:sz w:val="24"/>
          <w:szCs w:val="24"/>
        </w:rPr>
        <w:t>Alignment &amp; Spacing: Fully justified alignment with single line spacing.</w:t>
      </w:r>
    </w:p>
    <w:p w14:paraId="2022C0C4" w14:textId="77777777" w:rsidR="004D27C8" w:rsidRPr="002C0D15" w:rsidRDefault="004D27C8" w:rsidP="002C0D15">
      <w:pPr>
        <w:pStyle w:val="ListParagraph"/>
        <w:numPr>
          <w:ilvl w:val="0"/>
          <w:numId w:val="23"/>
        </w:numPr>
        <w:spacing w:after="120"/>
        <w:contextualSpacing w:val="0"/>
        <w:rPr>
          <w:rFonts w:asciiTheme="majorBidi" w:eastAsia="Corbel" w:hAnsiTheme="majorBidi" w:cstheme="majorBidi"/>
          <w:sz w:val="24"/>
          <w:szCs w:val="24"/>
        </w:rPr>
      </w:pPr>
      <w:r w:rsidRPr="002C0D15">
        <w:rPr>
          <w:rFonts w:asciiTheme="majorBidi" w:eastAsia="Corbel" w:hAnsiTheme="majorBidi" w:cstheme="majorBidi"/>
          <w:sz w:val="24"/>
          <w:szCs w:val="24"/>
        </w:rPr>
        <w:t>Indentation: Apply a standard hanging indent (0.5 inches / 1.27 cm) to each entry.</w:t>
      </w:r>
    </w:p>
    <w:p w14:paraId="7049D67F" w14:textId="77777777" w:rsidR="004D27C8" w:rsidRPr="002C0D15" w:rsidRDefault="004D27C8" w:rsidP="002C0D15">
      <w:pPr>
        <w:pStyle w:val="ListParagraph"/>
        <w:numPr>
          <w:ilvl w:val="0"/>
          <w:numId w:val="23"/>
        </w:numPr>
        <w:spacing w:after="120"/>
        <w:contextualSpacing w:val="0"/>
        <w:rPr>
          <w:rFonts w:asciiTheme="majorBidi" w:eastAsia="Corbel" w:hAnsiTheme="majorBidi" w:cstheme="majorBidi"/>
          <w:sz w:val="24"/>
          <w:szCs w:val="24"/>
        </w:rPr>
      </w:pPr>
      <w:r w:rsidRPr="002C0D15">
        <w:rPr>
          <w:rFonts w:asciiTheme="majorBidi" w:eastAsia="Corbel" w:hAnsiTheme="majorBidi" w:cstheme="majorBidi"/>
          <w:sz w:val="24"/>
          <w:szCs w:val="24"/>
        </w:rPr>
        <w:t>Ordering: Arrange all references alphabetically by the primary author’s surname, and chronologically for multiple works by the same author.</w:t>
      </w:r>
    </w:p>
    <w:p w14:paraId="5BB6C849" w14:textId="77777777" w:rsidR="004D27C8" w:rsidRPr="004D27C8" w:rsidRDefault="004D27C8" w:rsidP="002C0D15">
      <w:pPr>
        <w:spacing w:before="240" w:after="120"/>
        <w:ind w:left="425" w:hanging="425"/>
        <w:rPr>
          <w:rFonts w:asciiTheme="majorBidi" w:eastAsia="Corbel" w:hAnsiTheme="majorBidi" w:cstheme="majorBidi"/>
          <w:b/>
          <w:bCs/>
          <w:sz w:val="24"/>
          <w:szCs w:val="24"/>
        </w:rPr>
      </w:pPr>
      <w:r w:rsidRPr="004D27C8">
        <w:rPr>
          <w:rFonts w:asciiTheme="majorBidi" w:eastAsia="Corbel" w:hAnsiTheme="majorBidi" w:cstheme="majorBidi"/>
          <w:b/>
          <w:bCs/>
          <w:sz w:val="24"/>
          <w:szCs w:val="24"/>
        </w:rPr>
        <w:t>Reference Examples (APA 7th Edition Style)</w:t>
      </w:r>
    </w:p>
    <w:p w14:paraId="0E2E85FE" w14:textId="77777777" w:rsidR="004D27C8" w:rsidRPr="004D27C8" w:rsidRDefault="004D27C8" w:rsidP="004D27C8">
      <w:pPr>
        <w:spacing w:after="120"/>
        <w:ind w:left="425" w:hanging="425"/>
        <w:rPr>
          <w:rFonts w:asciiTheme="majorBidi" w:eastAsia="Corbel" w:hAnsiTheme="majorBidi" w:cstheme="majorBidi"/>
          <w:sz w:val="24"/>
          <w:szCs w:val="24"/>
        </w:rPr>
      </w:pPr>
      <w:proofErr w:type="spellStart"/>
      <w:r w:rsidRPr="004D27C8">
        <w:rPr>
          <w:rFonts w:asciiTheme="majorBidi" w:eastAsia="Corbel" w:hAnsiTheme="majorBidi" w:cstheme="majorBidi"/>
          <w:sz w:val="24"/>
          <w:szCs w:val="24"/>
        </w:rPr>
        <w:t>Atmazaki</w:t>
      </w:r>
      <w:proofErr w:type="spellEnd"/>
      <w:r w:rsidRPr="004D27C8">
        <w:rPr>
          <w:rFonts w:asciiTheme="majorBidi" w:eastAsia="Corbel" w:hAnsiTheme="majorBidi" w:cstheme="majorBidi"/>
          <w:sz w:val="24"/>
          <w:szCs w:val="24"/>
        </w:rPr>
        <w:t xml:space="preserve">, Ali, N. B. V., </w:t>
      </w:r>
      <w:proofErr w:type="spellStart"/>
      <w:r w:rsidRPr="004D27C8">
        <w:rPr>
          <w:rFonts w:asciiTheme="majorBidi" w:eastAsia="Corbel" w:hAnsiTheme="majorBidi" w:cstheme="majorBidi"/>
          <w:sz w:val="24"/>
          <w:szCs w:val="24"/>
        </w:rPr>
        <w:t>Muldian</w:t>
      </w:r>
      <w:proofErr w:type="spellEnd"/>
      <w:r w:rsidRPr="004D27C8">
        <w:rPr>
          <w:rFonts w:asciiTheme="majorBidi" w:eastAsia="Corbel" w:hAnsiTheme="majorBidi" w:cstheme="majorBidi"/>
          <w:sz w:val="24"/>
          <w:szCs w:val="24"/>
        </w:rPr>
        <w:t xml:space="preserve">, W., </w:t>
      </w:r>
      <w:proofErr w:type="spellStart"/>
      <w:r w:rsidRPr="004D27C8">
        <w:rPr>
          <w:rFonts w:asciiTheme="majorBidi" w:eastAsia="Corbel" w:hAnsiTheme="majorBidi" w:cstheme="majorBidi"/>
          <w:sz w:val="24"/>
          <w:szCs w:val="24"/>
        </w:rPr>
        <w:t>Miftahussururi</w:t>
      </w:r>
      <w:proofErr w:type="spellEnd"/>
      <w:r w:rsidRPr="004D27C8">
        <w:rPr>
          <w:rFonts w:asciiTheme="majorBidi" w:eastAsia="Corbel" w:hAnsiTheme="majorBidi" w:cstheme="majorBidi"/>
          <w:sz w:val="24"/>
          <w:szCs w:val="24"/>
        </w:rPr>
        <w:t xml:space="preserve">, </w:t>
      </w:r>
      <w:proofErr w:type="spellStart"/>
      <w:r w:rsidRPr="004D27C8">
        <w:rPr>
          <w:rFonts w:asciiTheme="majorBidi" w:eastAsia="Corbel" w:hAnsiTheme="majorBidi" w:cstheme="majorBidi"/>
          <w:sz w:val="24"/>
          <w:szCs w:val="24"/>
        </w:rPr>
        <w:t>Hanifah</w:t>
      </w:r>
      <w:proofErr w:type="spellEnd"/>
      <w:r w:rsidRPr="004D27C8">
        <w:rPr>
          <w:rFonts w:asciiTheme="majorBidi" w:eastAsia="Corbel" w:hAnsiTheme="majorBidi" w:cstheme="majorBidi"/>
          <w:sz w:val="24"/>
          <w:szCs w:val="24"/>
        </w:rPr>
        <w:t xml:space="preserve">, N., </w:t>
      </w:r>
      <w:proofErr w:type="spellStart"/>
      <w:r w:rsidRPr="004D27C8">
        <w:rPr>
          <w:rFonts w:asciiTheme="majorBidi" w:eastAsia="Corbel" w:hAnsiTheme="majorBidi" w:cstheme="majorBidi"/>
          <w:sz w:val="24"/>
          <w:szCs w:val="24"/>
        </w:rPr>
        <w:t>Nento</w:t>
      </w:r>
      <w:proofErr w:type="spellEnd"/>
      <w:r w:rsidRPr="004D27C8">
        <w:rPr>
          <w:rFonts w:asciiTheme="majorBidi" w:eastAsia="Corbel" w:hAnsiTheme="majorBidi" w:cstheme="majorBidi"/>
          <w:sz w:val="24"/>
          <w:szCs w:val="24"/>
        </w:rPr>
        <w:t xml:space="preserve">, M. N., &amp; Akbari, Q. S. (2017). </w:t>
      </w:r>
      <w:r w:rsidRPr="004D27C8">
        <w:rPr>
          <w:rFonts w:asciiTheme="majorBidi" w:eastAsia="Corbel" w:hAnsiTheme="majorBidi" w:cstheme="majorBidi"/>
          <w:i/>
          <w:iCs/>
          <w:sz w:val="24"/>
          <w:szCs w:val="24"/>
        </w:rPr>
        <w:t xml:space="preserve">Panduan </w:t>
      </w:r>
      <w:proofErr w:type="spellStart"/>
      <w:r w:rsidRPr="004D27C8">
        <w:rPr>
          <w:rFonts w:asciiTheme="majorBidi" w:eastAsia="Corbel" w:hAnsiTheme="majorBidi" w:cstheme="majorBidi"/>
          <w:i/>
          <w:iCs/>
          <w:sz w:val="24"/>
          <w:szCs w:val="24"/>
        </w:rPr>
        <w:t>gerakan</w:t>
      </w:r>
      <w:proofErr w:type="spellEnd"/>
      <w:r w:rsidRPr="004D27C8">
        <w:rPr>
          <w:rFonts w:asciiTheme="majorBidi" w:eastAsia="Corbel" w:hAnsiTheme="majorBidi" w:cstheme="majorBidi"/>
          <w:i/>
          <w:iCs/>
          <w:sz w:val="24"/>
          <w:szCs w:val="24"/>
        </w:rPr>
        <w:t xml:space="preserve"> </w:t>
      </w:r>
      <w:proofErr w:type="spellStart"/>
      <w:r w:rsidRPr="004D27C8">
        <w:rPr>
          <w:rFonts w:asciiTheme="majorBidi" w:eastAsia="Corbel" w:hAnsiTheme="majorBidi" w:cstheme="majorBidi"/>
          <w:i/>
          <w:iCs/>
          <w:sz w:val="24"/>
          <w:szCs w:val="24"/>
        </w:rPr>
        <w:t>literasi</w:t>
      </w:r>
      <w:proofErr w:type="spellEnd"/>
      <w:r w:rsidRPr="004D27C8">
        <w:rPr>
          <w:rFonts w:asciiTheme="majorBidi" w:eastAsia="Corbel" w:hAnsiTheme="majorBidi" w:cstheme="majorBidi"/>
          <w:i/>
          <w:iCs/>
          <w:sz w:val="24"/>
          <w:szCs w:val="24"/>
        </w:rPr>
        <w:t xml:space="preserve"> </w:t>
      </w:r>
      <w:proofErr w:type="spellStart"/>
      <w:r w:rsidRPr="004D27C8">
        <w:rPr>
          <w:rFonts w:asciiTheme="majorBidi" w:eastAsia="Corbel" w:hAnsiTheme="majorBidi" w:cstheme="majorBidi"/>
          <w:i/>
          <w:iCs/>
          <w:sz w:val="24"/>
          <w:szCs w:val="24"/>
        </w:rPr>
        <w:t>nasional</w:t>
      </w:r>
      <w:proofErr w:type="spellEnd"/>
      <w:r w:rsidRPr="004D27C8">
        <w:rPr>
          <w:rFonts w:asciiTheme="majorBidi" w:eastAsia="Corbel" w:hAnsiTheme="majorBidi" w:cstheme="majorBidi"/>
          <w:sz w:val="24"/>
          <w:szCs w:val="24"/>
        </w:rPr>
        <w:t xml:space="preserve"> [National literacy movement guidelines]. Ministry of Education and Culture of the Republic of Indonesia.</w:t>
      </w:r>
    </w:p>
    <w:p w14:paraId="29D72336" w14:textId="77777777" w:rsidR="004D27C8" w:rsidRPr="004D27C8" w:rsidRDefault="004D27C8" w:rsidP="004D27C8">
      <w:pPr>
        <w:spacing w:after="120"/>
        <w:ind w:left="425" w:hanging="425"/>
        <w:rPr>
          <w:rFonts w:asciiTheme="majorBidi" w:eastAsia="Corbel" w:hAnsiTheme="majorBidi" w:cstheme="majorBidi"/>
          <w:sz w:val="24"/>
          <w:szCs w:val="24"/>
        </w:rPr>
      </w:pPr>
      <w:proofErr w:type="spellStart"/>
      <w:r w:rsidRPr="004D27C8">
        <w:rPr>
          <w:rFonts w:asciiTheme="majorBidi" w:eastAsia="Corbel" w:hAnsiTheme="majorBidi" w:cstheme="majorBidi"/>
          <w:sz w:val="24"/>
          <w:szCs w:val="24"/>
        </w:rPr>
        <w:lastRenderedPageBreak/>
        <w:t>Aunurrahman</w:t>
      </w:r>
      <w:proofErr w:type="spellEnd"/>
      <w:r w:rsidRPr="004D27C8">
        <w:rPr>
          <w:rFonts w:asciiTheme="majorBidi" w:eastAsia="Corbel" w:hAnsiTheme="majorBidi" w:cstheme="majorBidi"/>
          <w:sz w:val="24"/>
          <w:szCs w:val="24"/>
        </w:rPr>
        <w:t xml:space="preserve">, </w:t>
      </w:r>
      <w:proofErr w:type="spellStart"/>
      <w:r w:rsidRPr="004D27C8">
        <w:rPr>
          <w:rFonts w:asciiTheme="majorBidi" w:eastAsia="Corbel" w:hAnsiTheme="majorBidi" w:cstheme="majorBidi"/>
          <w:sz w:val="24"/>
          <w:szCs w:val="24"/>
        </w:rPr>
        <w:t>Hamied</w:t>
      </w:r>
      <w:proofErr w:type="spellEnd"/>
      <w:r w:rsidRPr="004D27C8">
        <w:rPr>
          <w:rFonts w:asciiTheme="majorBidi" w:eastAsia="Corbel" w:hAnsiTheme="majorBidi" w:cstheme="majorBidi"/>
          <w:sz w:val="24"/>
          <w:szCs w:val="24"/>
        </w:rPr>
        <w:t xml:space="preserve">, F., &amp; Emilia, E. (2017). Realizing a good education in an Indonesian university context. In A. G. Abdullah, I. </w:t>
      </w:r>
      <w:proofErr w:type="spellStart"/>
      <w:r w:rsidRPr="004D27C8">
        <w:rPr>
          <w:rFonts w:asciiTheme="majorBidi" w:eastAsia="Corbel" w:hAnsiTheme="majorBidi" w:cstheme="majorBidi"/>
          <w:sz w:val="24"/>
          <w:szCs w:val="24"/>
        </w:rPr>
        <w:t>Hamidah</w:t>
      </w:r>
      <w:proofErr w:type="spellEnd"/>
      <w:r w:rsidRPr="004D27C8">
        <w:rPr>
          <w:rFonts w:asciiTheme="majorBidi" w:eastAsia="Corbel" w:hAnsiTheme="majorBidi" w:cstheme="majorBidi"/>
          <w:sz w:val="24"/>
          <w:szCs w:val="24"/>
        </w:rPr>
        <w:t xml:space="preserve">, S. </w:t>
      </w:r>
      <w:proofErr w:type="spellStart"/>
      <w:r w:rsidRPr="004D27C8">
        <w:rPr>
          <w:rFonts w:asciiTheme="majorBidi" w:eastAsia="Corbel" w:hAnsiTheme="majorBidi" w:cstheme="majorBidi"/>
          <w:sz w:val="24"/>
          <w:szCs w:val="24"/>
        </w:rPr>
        <w:t>Aisyah</w:t>
      </w:r>
      <w:proofErr w:type="spellEnd"/>
      <w:r w:rsidRPr="004D27C8">
        <w:rPr>
          <w:rFonts w:asciiTheme="majorBidi" w:eastAsia="Corbel" w:hAnsiTheme="majorBidi" w:cstheme="majorBidi"/>
          <w:sz w:val="24"/>
          <w:szCs w:val="24"/>
        </w:rPr>
        <w:t xml:space="preserve">, A. A. </w:t>
      </w:r>
      <w:proofErr w:type="spellStart"/>
      <w:r w:rsidRPr="004D27C8">
        <w:rPr>
          <w:rFonts w:asciiTheme="majorBidi" w:eastAsia="Corbel" w:hAnsiTheme="majorBidi" w:cstheme="majorBidi"/>
          <w:sz w:val="24"/>
          <w:szCs w:val="24"/>
        </w:rPr>
        <w:t>Danuwijaya</w:t>
      </w:r>
      <w:proofErr w:type="spellEnd"/>
      <w:r w:rsidRPr="004D27C8">
        <w:rPr>
          <w:rFonts w:asciiTheme="majorBidi" w:eastAsia="Corbel" w:hAnsiTheme="majorBidi" w:cstheme="majorBidi"/>
          <w:sz w:val="24"/>
          <w:szCs w:val="24"/>
        </w:rPr>
        <w:t xml:space="preserve">, G. </w:t>
      </w:r>
      <w:proofErr w:type="spellStart"/>
      <w:r w:rsidRPr="004D27C8">
        <w:rPr>
          <w:rFonts w:asciiTheme="majorBidi" w:eastAsia="Corbel" w:hAnsiTheme="majorBidi" w:cstheme="majorBidi"/>
          <w:sz w:val="24"/>
          <w:szCs w:val="24"/>
        </w:rPr>
        <w:t>Yuliani</w:t>
      </w:r>
      <w:proofErr w:type="spellEnd"/>
      <w:r w:rsidRPr="004D27C8">
        <w:rPr>
          <w:rFonts w:asciiTheme="majorBidi" w:eastAsia="Corbel" w:hAnsiTheme="majorBidi" w:cstheme="majorBidi"/>
          <w:sz w:val="24"/>
          <w:szCs w:val="24"/>
        </w:rPr>
        <w:t xml:space="preserve">, &amp; H. S. H. </w:t>
      </w:r>
      <w:proofErr w:type="spellStart"/>
      <w:r w:rsidRPr="004D27C8">
        <w:rPr>
          <w:rFonts w:asciiTheme="majorBidi" w:eastAsia="Corbel" w:hAnsiTheme="majorBidi" w:cstheme="majorBidi"/>
          <w:sz w:val="24"/>
          <w:szCs w:val="24"/>
        </w:rPr>
        <w:t>Munawaroh</w:t>
      </w:r>
      <w:proofErr w:type="spellEnd"/>
      <w:r w:rsidRPr="004D27C8">
        <w:rPr>
          <w:rFonts w:asciiTheme="majorBidi" w:eastAsia="Corbel" w:hAnsiTheme="majorBidi" w:cstheme="majorBidi"/>
          <w:sz w:val="24"/>
          <w:szCs w:val="24"/>
        </w:rPr>
        <w:t xml:space="preserve"> (Eds.), </w:t>
      </w:r>
      <w:r w:rsidRPr="004D27C8">
        <w:rPr>
          <w:rFonts w:asciiTheme="majorBidi" w:eastAsia="Corbel" w:hAnsiTheme="majorBidi" w:cstheme="majorBidi"/>
          <w:i/>
          <w:iCs/>
          <w:sz w:val="24"/>
          <w:szCs w:val="24"/>
        </w:rPr>
        <w:t>Ideas for 21st century education: Proceedings of the Asian Education Symposium (AES 2016)</w:t>
      </w:r>
      <w:r w:rsidRPr="004D27C8">
        <w:rPr>
          <w:rFonts w:asciiTheme="majorBidi" w:eastAsia="Corbel" w:hAnsiTheme="majorBidi" w:cstheme="majorBidi"/>
          <w:sz w:val="24"/>
          <w:szCs w:val="24"/>
        </w:rPr>
        <w:t xml:space="preserve"> (pp. 297–300). Routledge. </w:t>
      </w:r>
      <w:hyperlink r:id="rId11" w:tgtFrame="_blank" w:history="1">
        <w:r w:rsidRPr="004D27C8">
          <w:rPr>
            <w:rStyle w:val="Hyperlink"/>
            <w:rFonts w:asciiTheme="majorBidi" w:eastAsia="Corbel" w:hAnsiTheme="majorBidi" w:cstheme="majorBidi"/>
            <w:sz w:val="24"/>
            <w:szCs w:val="24"/>
          </w:rPr>
          <w:t>https://doi.org/10.1201/9781315166575</w:t>
        </w:r>
      </w:hyperlink>
    </w:p>
    <w:p w14:paraId="3D6EA276" w14:textId="77777777" w:rsidR="004D27C8" w:rsidRPr="004D27C8" w:rsidRDefault="004D27C8" w:rsidP="004D27C8">
      <w:pPr>
        <w:spacing w:after="120"/>
        <w:ind w:left="425" w:hanging="425"/>
        <w:rPr>
          <w:rFonts w:asciiTheme="majorBidi" w:eastAsia="Corbel" w:hAnsiTheme="majorBidi" w:cstheme="majorBidi"/>
          <w:sz w:val="24"/>
          <w:szCs w:val="24"/>
        </w:rPr>
      </w:pPr>
      <w:proofErr w:type="spellStart"/>
      <w:r w:rsidRPr="004D27C8">
        <w:rPr>
          <w:rFonts w:asciiTheme="majorBidi" w:eastAsia="Corbel" w:hAnsiTheme="majorBidi" w:cstheme="majorBidi"/>
          <w:sz w:val="24"/>
          <w:szCs w:val="24"/>
        </w:rPr>
        <w:t>Canale</w:t>
      </w:r>
      <w:proofErr w:type="spellEnd"/>
      <w:r w:rsidRPr="004D27C8">
        <w:rPr>
          <w:rFonts w:asciiTheme="majorBidi" w:eastAsia="Corbel" w:hAnsiTheme="majorBidi" w:cstheme="majorBidi"/>
          <w:sz w:val="24"/>
          <w:szCs w:val="24"/>
        </w:rPr>
        <w:t xml:space="preserve">, G. (2016). (Re)searching culture in foreign language textbooks, or the politics of hide and seek. </w:t>
      </w:r>
      <w:r w:rsidRPr="004D27C8">
        <w:rPr>
          <w:rFonts w:asciiTheme="majorBidi" w:eastAsia="Corbel" w:hAnsiTheme="majorBidi" w:cstheme="majorBidi"/>
          <w:i/>
          <w:iCs/>
          <w:sz w:val="24"/>
          <w:szCs w:val="24"/>
        </w:rPr>
        <w:t>Language, Culture and Curriculum</w:t>
      </w:r>
      <w:r w:rsidRPr="004D27C8">
        <w:rPr>
          <w:rFonts w:asciiTheme="majorBidi" w:eastAsia="Corbel" w:hAnsiTheme="majorBidi" w:cstheme="majorBidi"/>
          <w:sz w:val="24"/>
          <w:szCs w:val="24"/>
        </w:rPr>
        <w:t xml:space="preserve">, 29(2), 225–243. </w:t>
      </w:r>
      <w:hyperlink r:id="rId12" w:tgtFrame="_blank" w:history="1">
        <w:r w:rsidRPr="004D27C8">
          <w:rPr>
            <w:rStyle w:val="Hyperlink"/>
            <w:rFonts w:asciiTheme="majorBidi" w:eastAsia="Corbel" w:hAnsiTheme="majorBidi" w:cstheme="majorBidi"/>
            <w:sz w:val="24"/>
            <w:szCs w:val="24"/>
          </w:rPr>
          <w:t>https://doi.org/10.1080/07908318.2016.1144764</w:t>
        </w:r>
      </w:hyperlink>
    </w:p>
    <w:p w14:paraId="585B6C85" w14:textId="77777777" w:rsidR="004D27C8" w:rsidRPr="004D27C8" w:rsidRDefault="004D27C8" w:rsidP="004D27C8">
      <w:pPr>
        <w:spacing w:after="120"/>
        <w:ind w:left="425" w:hanging="425"/>
        <w:rPr>
          <w:rFonts w:asciiTheme="majorBidi" w:eastAsia="Corbel" w:hAnsiTheme="majorBidi" w:cstheme="majorBidi"/>
          <w:sz w:val="24"/>
          <w:szCs w:val="24"/>
        </w:rPr>
      </w:pPr>
      <w:proofErr w:type="spellStart"/>
      <w:r w:rsidRPr="004D27C8">
        <w:rPr>
          <w:rFonts w:asciiTheme="majorBidi" w:eastAsia="Corbel" w:hAnsiTheme="majorBidi" w:cstheme="majorBidi"/>
          <w:sz w:val="24"/>
          <w:szCs w:val="24"/>
        </w:rPr>
        <w:t>Durrant</w:t>
      </w:r>
      <w:proofErr w:type="spellEnd"/>
      <w:r w:rsidRPr="004D27C8">
        <w:rPr>
          <w:rFonts w:asciiTheme="majorBidi" w:eastAsia="Corbel" w:hAnsiTheme="majorBidi" w:cstheme="majorBidi"/>
          <w:sz w:val="24"/>
          <w:szCs w:val="24"/>
        </w:rPr>
        <w:t xml:space="preserve">, J. (2020). </w:t>
      </w:r>
      <w:r w:rsidRPr="004D27C8">
        <w:rPr>
          <w:rFonts w:asciiTheme="majorBidi" w:eastAsia="Corbel" w:hAnsiTheme="majorBidi" w:cstheme="majorBidi"/>
          <w:i/>
          <w:iCs/>
          <w:sz w:val="24"/>
          <w:szCs w:val="24"/>
        </w:rPr>
        <w:t>Teacher agency, professional development and school improvement</w:t>
      </w:r>
      <w:r w:rsidRPr="004D27C8">
        <w:rPr>
          <w:rFonts w:asciiTheme="majorBidi" w:eastAsia="Corbel" w:hAnsiTheme="majorBidi" w:cstheme="majorBidi"/>
          <w:sz w:val="24"/>
          <w:szCs w:val="24"/>
        </w:rPr>
        <w:t>. Routledge.</w:t>
      </w:r>
    </w:p>
    <w:p w14:paraId="465F1A7C" w14:textId="77777777" w:rsidR="004D27C8" w:rsidRPr="004D27C8" w:rsidRDefault="004D27C8" w:rsidP="004D27C8">
      <w:pPr>
        <w:spacing w:after="120"/>
        <w:ind w:left="425" w:hanging="425"/>
        <w:rPr>
          <w:rFonts w:asciiTheme="majorBidi" w:eastAsia="Corbel" w:hAnsiTheme="majorBidi" w:cstheme="majorBidi"/>
          <w:sz w:val="24"/>
          <w:szCs w:val="24"/>
        </w:rPr>
      </w:pPr>
      <w:r w:rsidRPr="004D27C8">
        <w:rPr>
          <w:rFonts w:asciiTheme="majorBidi" w:eastAsia="Corbel" w:hAnsiTheme="majorBidi" w:cstheme="majorBidi"/>
          <w:sz w:val="24"/>
          <w:szCs w:val="24"/>
        </w:rPr>
        <w:t xml:space="preserve">Fang, F. (2018). Glocalization, English as a lingua franca and ELT: Re-conceptualizing identity and models for ELT in China. In B. Yazan &amp; N. Rudolph (Eds.), </w:t>
      </w:r>
      <w:r w:rsidRPr="004D27C8">
        <w:rPr>
          <w:rFonts w:asciiTheme="majorBidi" w:eastAsia="Corbel" w:hAnsiTheme="majorBidi" w:cstheme="majorBidi"/>
          <w:i/>
          <w:iCs/>
          <w:sz w:val="24"/>
          <w:szCs w:val="24"/>
        </w:rPr>
        <w:t>Criticality, teacher identity, and (in)equity in ELT through and beyond binaries: Issues and implications</w:t>
      </w:r>
      <w:r w:rsidRPr="004D27C8">
        <w:rPr>
          <w:rFonts w:asciiTheme="majorBidi" w:eastAsia="Corbel" w:hAnsiTheme="majorBidi" w:cstheme="majorBidi"/>
          <w:sz w:val="24"/>
          <w:szCs w:val="24"/>
        </w:rPr>
        <w:t xml:space="preserve"> (pp. 23–40). Springer.</w:t>
      </w:r>
    </w:p>
    <w:p w14:paraId="4987DDAA" w14:textId="77777777" w:rsidR="004D27C8" w:rsidRPr="004D27C8" w:rsidRDefault="004D27C8" w:rsidP="004D27C8">
      <w:pPr>
        <w:spacing w:after="120"/>
        <w:ind w:left="425" w:hanging="425"/>
        <w:rPr>
          <w:rFonts w:asciiTheme="majorBidi" w:eastAsia="Corbel" w:hAnsiTheme="majorBidi" w:cstheme="majorBidi"/>
          <w:sz w:val="24"/>
          <w:szCs w:val="24"/>
        </w:rPr>
      </w:pPr>
      <w:r w:rsidRPr="004D27C8">
        <w:rPr>
          <w:rFonts w:asciiTheme="majorBidi" w:eastAsia="Corbel" w:hAnsiTheme="majorBidi" w:cstheme="majorBidi"/>
          <w:sz w:val="24"/>
          <w:szCs w:val="24"/>
        </w:rPr>
        <w:t xml:space="preserve">Fang, F., &amp; Widodo, H. P. (Eds.). (2019). </w:t>
      </w:r>
      <w:r w:rsidRPr="004D27C8">
        <w:rPr>
          <w:rFonts w:asciiTheme="majorBidi" w:eastAsia="Corbel" w:hAnsiTheme="majorBidi" w:cstheme="majorBidi"/>
          <w:i/>
          <w:iCs/>
          <w:sz w:val="24"/>
          <w:szCs w:val="24"/>
        </w:rPr>
        <w:t xml:space="preserve">Critical perspectives of global </w:t>
      </w:r>
      <w:proofErr w:type="spellStart"/>
      <w:r w:rsidRPr="004D27C8">
        <w:rPr>
          <w:rFonts w:asciiTheme="majorBidi" w:eastAsia="Corbel" w:hAnsiTheme="majorBidi" w:cstheme="majorBidi"/>
          <w:i/>
          <w:iCs/>
          <w:sz w:val="24"/>
          <w:szCs w:val="24"/>
        </w:rPr>
        <w:t>Englishes</w:t>
      </w:r>
      <w:proofErr w:type="spellEnd"/>
      <w:r w:rsidRPr="004D27C8">
        <w:rPr>
          <w:rFonts w:asciiTheme="majorBidi" w:eastAsia="Corbel" w:hAnsiTheme="majorBidi" w:cstheme="majorBidi"/>
          <w:i/>
          <w:iCs/>
          <w:sz w:val="24"/>
          <w:szCs w:val="24"/>
        </w:rPr>
        <w:t xml:space="preserve"> in Asia: Language policy and curriculum, pedagogy, and assessment</w:t>
      </w:r>
      <w:r w:rsidRPr="004D27C8">
        <w:rPr>
          <w:rFonts w:asciiTheme="majorBidi" w:eastAsia="Corbel" w:hAnsiTheme="majorBidi" w:cstheme="majorBidi"/>
          <w:sz w:val="24"/>
          <w:szCs w:val="24"/>
        </w:rPr>
        <w:t xml:space="preserve">. Multilingual Matters. </w:t>
      </w:r>
      <w:hyperlink r:id="rId13" w:tgtFrame="_blank" w:history="1">
        <w:r w:rsidRPr="004D27C8">
          <w:rPr>
            <w:rStyle w:val="Hyperlink"/>
            <w:rFonts w:asciiTheme="majorBidi" w:eastAsia="Corbel" w:hAnsiTheme="majorBidi" w:cstheme="majorBidi"/>
            <w:sz w:val="24"/>
            <w:szCs w:val="24"/>
          </w:rPr>
          <w:t>https://doi.org/10.21832/9781788924108-003</w:t>
        </w:r>
      </w:hyperlink>
    </w:p>
    <w:p w14:paraId="7C4F9BB2" w14:textId="77777777" w:rsidR="004D27C8" w:rsidRPr="004D27C8" w:rsidRDefault="004D27C8" w:rsidP="004D27C8">
      <w:pPr>
        <w:spacing w:after="120"/>
        <w:ind w:left="425" w:hanging="425"/>
        <w:rPr>
          <w:rFonts w:asciiTheme="majorBidi" w:eastAsia="Corbel" w:hAnsiTheme="majorBidi" w:cstheme="majorBidi"/>
          <w:sz w:val="24"/>
          <w:szCs w:val="24"/>
        </w:rPr>
      </w:pPr>
      <w:r w:rsidRPr="004D27C8">
        <w:rPr>
          <w:rFonts w:asciiTheme="majorBidi" w:eastAsia="Corbel" w:hAnsiTheme="majorBidi" w:cstheme="majorBidi"/>
          <w:sz w:val="24"/>
          <w:szCs w:val="24"/>
        </w:rPr>
        <w:t xml:space="preserve">Gentles, S., Charles, C., Ploeg, J., &amp; </w:t>
      </w:r>
      <w:proofErr w:type="spellStart"/>
      <w:r w:rsidRPr="004D27C8">
        <w:rPr>
          <w:rFonts w:asciiTheme="majorBidi" w:eastAsia="Corbel" w:hAnsiTheme="majorBidi" w:cstheme="majorBidi"/>
          <w:sz w:val="24"/>
          <w:szCs w:val="24"/>
        </w:rPr>
        <w:t>McKibbon</w:t>
      </w:r>
      <w:proofErr w:type="spellEnd"/>
      <w:r w:rsidRPr="004D27C8">
        <w:rPr>
          <w:rFonts w:asciiTheme="majorBidi" w:eastAsia="Corbel" w:hAnsiTheme="majorBidi" w:cstheme="majorBidi"/>
          <w:sz w:val="24"/>
          <w:szCs w:val="24"/>
        </w:rPr>
        <w:t xml:space="preserve">, K. A. (2015). Sampling in qualitative research: Insights from an overview of the methods literature. </w:t>
      </w:r>
      <w:r w:rsidRPr="004D27C8">
        <w:rPr>
          <w:rFonts w:asciiTheme="majorBidi" w:eastAsia="Corbel" w:hAnsiTheme="majorBidi" w:cstheme="majorBidi"/>
          <w:i/>
          <w:iCs/>
          <w:sz w:val="24"/>
          <w:szCs w:val="24"/>
        </w:rPr>
        <w:t>The Qualitative Report</w:t>
      </w:r>
      <w:r w:rsidRPr="004D27C8">
        <w:rPr>
          <w:rFonts w:asciiTheme="majorBidi" w:eastAsia="Corbel" w:hAnsiTheme="majorBidi" w:cstheme="majorBidi"/>
          <w:sz w:val="24"/>
          <w:szCs w:val="24"/>
        </w:rPr>
        <w:t xml:space="preserve">, 20(11), 1772–1789. </w:t>
      </w:r>
      <w:hyperlink r:id="rId14" w:tgtFrame="_blank" w:history="1">
        <w:r w:rsidRPr="004D27C8">
          <w:rPr>
            <w:rStyle w:val="Hyperlink"/>
            <w:rFonts w:asciiTheme="majorBidi" w:eastAsia="Corbel" w:hAnsiTheme="majorBidi" w:cstheme="majorBidi"/>
            <w:sz w:val="24"/>
            <w:szCs w:val="24"/>
          </w:rPr>
          <w:t>https://nsuworks.nova.edu/tqr/vol20/iss11/5</w:t>
        </w:r>
      </w:hyperlink>
    </w:p>
    <w:p w14:paraId="1514ECCF" w14:textId="77777777" w:rsidR="004D27C8" w:rsidRPr="004D27C8" w:rsidRDefault="004D27C8" w:rsidP="004D27C8">
      <w:pPr>
        <w:spacing w:after="120"/>
        <w:ind w:left="425" w:hanging="425"/>
        <w:rPr>
          <w:rFonts w:asciiTheme="majorBidi" w:eastAsia="Corbel" w:hAnsiTheme="majorBidi" w:cstheme="majorBidi"/>
          <w:sz w:val="24"/>
          <w:szCs w:val="24"/>
        </w:rPr>
      </w:pPr>
      <w:proofErr w:type="spellStart"/>
      <w:r w:rsidRPr="004D27C8">
        <w:rPr>
          <w:rFonts w:asciiTheme="majorBidi" w:eastAsia="Corbel" w:hAnsiTheme="majorBidi" w:cstheme="majorBidi"/>
          <w:sz w:val="24"/>
          <w:szCs w:val="24"/>
        </w:rPr>
        <w:t>Heigham</w:t>
      </w:r>
      <w:proofErr w:type="spellEnd"/>
      <w:r w:rsidRPr="004D27C8">
        <w:rPr>
          <w:rFonts w:asciiTheme="majorBidi" w:eastAsia="Corbel" w:hAnsiTheme="majorBidi" w:cstheme="majorBidi"/>
          <w:sz w:val="24"/>
          <w:szCs w:val="24"/>
        </w:rPr>
        <w:t xml:space="preserve">, J., &amp; Croker, R. A. (2009). </w:t>
      </w:r>
      <w:r w:rsidRPr="004D27C8">
        <w:rPr>
          <w:rFonts w:asciiTheme="majorBidi" w:eastAsia="Corbel" w:hAnsiTheme="majorBidi" w:cstheme="majorBidi"/>
          <w:i/>
          <w:iCs/>
          <w:sz w:val="24"/>
          <w:szCs w:val="24"/>
        </w:rPr>
        <w:t>Qualitative research in applied linguistics: A practical introduction</w:t>
      </w:r>
      <w:r w:rsidRPr="004D27C8">
        <w:rPr>
          <w:rFonts w:asciiTheme="majorBidi" w:eastAsia="Corbel" w:hAnsiTheme="majorBidi" w:cstheme="majorBidi"/>
          <w:sz w:val="24"/>
          <w:szCs w:val="24"/>
        </w:rPr>
        <w:t>. Palgrave MacMillan.</w:t>
      </w:r>
    </w:p>
    <w:p w14:paraId="5ECD7F77" w14:textId="77777777" w:rsidR="004D27C8" w:rsidRPr="004D27C8" w:rsidRDefault="004D27C8" w:rsidP="004D27C8">
      <w:pPr>
        <w:spacing w:after="120"/>
        <w:ind w:left="425" w:hanging="425"/>
        <w:rPr>
          <w:rFonts w:asciiTheme="majorBidi" w:eastAsia="Corbel" w:hAnsiTheme="majorBidi" w:cstheme="majorBidi"/>
          <w:sz w:val="24"/>
          <w:szCs w:val="24"/>
        </w:rPr>
      </w:pPr>
      <w:r w:rsidRPr="004D27C8">
        <w:rPr>
          <w:rFonts w:asciiTheme="majorBidi" w:eastAsia="Corbel" w:hAnsiTheme="majorBidi" w:cstheme="majorBidi"/>
          <w:sz w:val="24"/>
          <w:szCs w:val="24"/>
        </w:rPr>
        <w:t xml:space="preserve">Humphries, S. C., Burns, A., &amp; Tanaka, T. (2015). “My head became blank and I couldn’t speak”: Classroom factors that influence English speaking. </w:t>
      </w:r>
      <w:r w:rsidRPr="004D27C8">
        <w:rPr>
          <w:rFonts w:asciiTheme="majorBidi" w:eastAsia="Corbel" w:hAnsiTheme="majorBidi" w:cstheme="majorBidi"/>
          <w:i/>
          <w:iCs/>
          <w:sz w:val="24"/>
          <w:szCs w:val="24"/>
        </w:rPr>
        <w:t>The Asian Journal of Applied Linguistics</w:t>
      </w:r>
      <w:r w:rsidRPr="004D27C8">
        <w:rPr>
          <w:rFonts w:asciiTheme="majorBidi" w:eastAsia="Corbel" w:hAnsiTheme="majorBidi" w:cstheme="majorBidi"/>
          <w:sz w:val="24"/>
          <w:szCs w:val="24"/>
        </w:rPr>
        <w:t xml:space="preserve">, 2, 164–175. </w:t>
      </w:r>
      <w:hyperlink r:id="rId15" w:tgtFrame="_blank" w:history="1">
        <w:r w:rsidRPr="004D27C8">
          <w:rPr>
            <w:rStyle w:val="Hyperlink"/>
            <w:rFonts w:asciiTheme="majorBidi" w:eastAsia="Corbel" w:hAnsiTheme="majorBidi" w:cstheme="majorBidi"/>
            <w:sz w:val="24"/>
            <w:szCs w:val="24"/>
          </w:rPr>
          <w:t>https://caes.hku.hk/ajal/index.php/ajal/article/view/230</w:t>
        </w:r>
      </w:hyperlink>
    </w:p>
    <w:p w14:paraId="0C9FCFE6" w14:textId="77777777" w:rsidR="004D27C8" w:rsidRPr="004D27C8" w:rsidRDefault="004D27C8" w:rsidP="004D27C8">
      <w:pPr>
        <w:spacing w:after="120"/>
        <w:ind w:left="425" w:hanging="425"/>
        <w:rPr>
          <w:rFonts w:asciiTheme="majorBidi" w:eastAsia="Corbel" w:hAnsiTheme="majorBidi" w:cstheme="majorBidi"/>
          <w:sz w:val="24"/>
          <w:szCs w:val="24"/>
        </w:rPr>
      </w:pPr>
      <w:proofErr w:type="spellStart"/>
      <w:r w:rsidRPr="004D27C8">
        <w:rPr>
          <w:rFonts w:asciiTheme="majorBidi" w:eastAsia="Corbel" w:hAnsiTheme="majorBidi" w:cstheme="majorBidi"/>
          <w:sz w:val="24"/>
          <w:szCs w:val="24"/>
        </w:rPr>
        <w:t>Kusumaningputri</w:t>
      </w:r>
      <w:proofErr w:type="spellEnd"/>
      <w:r w:rsidRPr="004D27C8">
        <w:rPr>
          <w:rFonts w:asciiTheme="majorBidi" w:eastAsia="Corbel" w:hAnsiTheme="majorBidi" w:cstheme="majorBidi"/>
          <w:sz w:val="24"/>
          <w:szCs w:val="24"/>
        </w:rPr>
        <w:t xml:space="preserve">, R., &amp; Widodo, H. P. (2018). Promoting Indonesian university students' critical intercultural awareness in tertiary EAL classrooms: The use of digital photograph-mediated intercultural tasks. </w:t>
      </w:r>
      <w:r w:rsidRPr="004D27C8">
        <w:rPr>
          <w:rFonts w:asciiTheme="majorBidi" w:eastAsia="Corbel" w:hAnsiTheme="majorBidi" w:cstheme="majorBidi"/>
          <w:i/>
          <w:iCs/>
          <w:sz w:val="24"/>
          <w:szCs w:val="24"/>
        </w:rPr>
        <w:t>System</w:t>
      </w:r>
      <w:r w:rsidRPr="004D27C8">
        <w:rPr>
          <w:rFonts w:asciiTheme="majorBidi" w:eastAsia="Corbel" w:hAnsiTheme="majorBidi" w:cstheme="majorBidi"/>
          <w:sz w:val="24"/>
          <w:szCs w:val="24"/>
        </w:rPr>
        <w:t xml:space="preserve">, 72, 49–61. </w:t>
      </w:r>
      <w:hyperlink r:id="rId16" w:tgtFrame="_blank" w:history="1">
        <w:r w:rsidRPr="004D27C8">
          <w:rPr>
            <w:rStyle w:val="Hyperlink"/>
            <w:rFonts w:asciiTheme="majorBidi" w:eastAsia="Corbel" w:hAnsiTheme="majorBidi" w:cstheme="majorBidi"/>
            <w:sz w:val="24"/>
            <w:szCs w:val="24"/>
          </w:rPr>
          <w:t>https://doi.org/10.1016/j.system.2017.10.003</w:t>
        </w:r>
      </w:hyperlink>
    </w:p>
    <w:p w14:paraId="69F771F6" w14:textId="77777777" w:rsidR="004D27C8" w:rsidRPr="004D27C8" w:rsidRDefault="004D27C8" w:rsidP="004D27C8">
      <w:pPr>
        <w:spacing w:after="120"/>
        <w:ind w:left="425" w:hanging="425"/>
        <w:rPr>
          <w:rFonts w:asciiTheme="majorBidi" w:eastAsia="Corbel" w:hAnsiTheme="majorBidi" w:cstheme="majorBidi"/>
          <w:sz w:val="24"/>
          <w:szCs w:val="24"/>
        </w:rPr>
      </w:pPr>
      <w:proofErr w:type="spellStart"/>
      <w:r w:rsidRPr="004D27C8">
        <w:rPr>
          <w:rFonts w:asciiTheme="majorBidi" w:eastAsia="Corbel" w:hAnsiTheme="majorBidi" w:cstheme="majorBidi"/>
          <w:sz w:val="24"/>
          <w:szCs w:val="24"/>
        </w:rPr>
        <w:t>Mosek</w:t>
      </w:r>
      <w:proofErr w:type="spellEnd"/>
      <w:r w:rsidRPr="004D27C8">
        <w:rPr>
          <w:rFonts w:asciiTheme="majorBidi" w:eastAsia="Corbel" w:hAnsiTheme="majorBidi" w:cstheme="majorBidi"/>
          <w:sz w:val="24"/>
          <w:szCs w:val="24"/>
        </w:rPr>
        <w:t xml:space="preserve">, E. (2017). </w:t>
      </w:r>
      <w:r w:rsidRPr="004D27C8">
        <w:rPr>
          <w:rFonts w:asciiTheme="majorBidi" w:eastAsia="Corbel" w:hAnsiTheme="majorBidi" w:cstheme="majorBidi"/>
          <w:i/>
          <w:iCs/>
          <w:sz w:val="24"/>
          <w:szCs w:val="24"/>
        </w:rPr>
        <w:t>Team flow: The missing piece in performance</w:t>
      </w:r>
      <w:r w:rsidRPr="004D27C8">
        <w:rPr>
          <w:rFonts w:asciiTheme="majorBidi" w:eastAsia="Corbel" w:hAnsiTheme="majorBidi" w:cstheme="majorBidi"/>
          <w:sz w:val="24"/>
          <w:szCs w:val="24"/>
        </w:rPr>
        <w:t xml:space="preserve"> [Doctoral dissertation, Victoria University]. Victoria University Research Repository. </w:t>
      </w:r>
      <w:hyperlink r:id="rId17" w:tgtFrame="_blank" w:history="1">
        <w:r w:rsidRPr="004D27C8">
          <w:rPr>
            <w:rStyle w:val="Hyperlink"/>
            <w:rFonts w:asciiTheme="majorBidi" w:eastAsia="Corbel" w:hAnsiTheme="majorBidi" w:cstheme="majorBidi"/>
            <w:sz w:val="24"/>
            <w:szCs w:val="24"/>
          </w:rPr>
          <w:t>http://vuir.vu.edu.au/35038/</w:t>
        </w:r>
      </w:hyperlink>
    </w:p>
    <w:p w14:paraId="54DBC82D" w14:textId="77777777" w:rsidR="004D27C8" w:rsidRPr="004D27C8" w:rsidRDefault="004D27C8" w:rsidP="004D27C8">
      <w:pPr>
        <w:spacing w:after="120"/>
        <w:ind w:left="425" w:hanging="425"/>
        <w:rPr>
          <w:rFonts w:asciiTheme="majorBidi" w:eastAsia="Corbel" w:hAnsiTheme="majorBidi" w:cstheme="majorBidi"/>
          <w:sz w:val="24"/>
          <w:szCs w:val="24"/>
        </w:rPr>
      </w:pPr>
      <w:r w:rsidRPr="004D27C8">
        <w:rPr>
          <w:rFonts w:asciiTheme="majorBidi" w:eastAsia="Corbel" w:hAnsiTheme="majorBidi" w:cstheme="majorBidi"/>
          <w:sz w:val="24"/>
          <w:szCs w:val="24"/>
        </w:rPr>
        <w:t xml:space="preserve">Rose, H., &amp; Galloway, N. (2019). </w:t>
      </w:r>
      <w:r w:rsidRPr="004D27C8">
        <w:rPr>
          <w:rFonts w:asciiTheme="majorBidi" w:eastAsia="Corbel" w:hAnsiTheme="majorBidi" w:cstheme="majorBidi"/>
          <w:i/>
          <w:iCs/>
          <w:sz w:val="24"/>
          <w:szCs w:val="24"/>
        </w:rPr>
        <w:t xml:space="preserve">Global </w:t>
      </w:r>
      <w:proofErr w:type="spellStart"/>
      <w:r w:rsidRPr="004D27C8">
        <w:rPr>
          <w:rFonts w:asciiTheme="majorBidi" w:eastAsia="Corbel" w:hAnsiTheme="majorBidi" w:cstheme="majorBidi"/>
          <w:i/>
          <w:iCs/>
          <w:sz w:val="24"/>
          <w:szCs w:val="24"/>
        </w:rPr>
        <w:t>Englishes</w:t>
      </w:r>
      <w:proofErr w:type="spellEnd"/>
      <w:r w:rsidRPr="004D27C8">
        <w:rPr>
          <w:rFonts w:asciiTheme="majorBidi" w:eastAsia="Corbel" w:hAnsiTheme="majorBidi" w:cstheme="majorBidi"/>
          <w:i/>
          <w:iCs/>
          <w:sz w:val="24"/>
          <w:szCs w:val="24"/>
        </w:rPr>
        <w:t xml:space="preserve"> for language teaching</w:t>
      </w:r>
      <w:r w:rsidRPr="004D27C8">
        <w:rPr>
          <w:rFonts w:asciiTheme="majorBidi" w:eastAsia="Corbel" w:hAnsiTheme="majorBidi" w:cstheme="majorBidi"/>
          <w:sz w:val="24"/>
          <w:szCs w:val="24"/>
        </w:rPr>
        <w:t>. Cambridge University Press.</w:t>
      </w:r>
    </w:p>
    <w:p w14:paraId="0E9B5013" w14:textId="77777777" w:rsidR="004D27C8" w:rsidRPr="004D27C8" w:rsidRDefault="004D27C8" w:rsidP="004D27C8">
      <w:pPr>
        <w:spacing w:after="120"/>
        <w:ind w:left="425" w:hanging="425"/>
        <w:rPr>
          <w:rFonts w:asciiTheme="majorBidi" w:eastAsia="Corbel" w:hAnsiTheme="majorBidi" w:cstheme="majorBidi"/>
          <w:sz w:val="24"/>
          <w:szCs w:val="24"/>
        </w:rPr>
      </w:pPr>
      <w:r w:rsidRPr="004D27C8">
        <w:rPr>
          <w:rFonts w:asciiTheme="majorBidi" w:eastAsia="Corbel" w:hAnsiTheme="majorBidi" w:cstheme="majorBidi"/>
          <w:sz w:val="24"/>
          <w:szCs w:val="24"/>
        </w:rPr>
        <w:t xml:space="preserve">Stevens, R. (2015). Role-play and student engagement: Reflections from the classroom. </w:t>
      </w:r>
      <w:r w:rsidRPr="004D27C8">
        <w:rPr>
          <w:rFonts w:asciiTheme="majorBidi" w:eastAsia="Corbel" w:hAnsiTheme="majorBidi" w:cstheme="majorBidi"/>
          <w:i/>
          <w:iCs/>
          <w:sz w:val="24"/>
          <w:szCs w:val="24"/>
        </w:rPr>
        <w:t>Teaching in Higher Education</w:t>
      </w:r>
      <w:r w:rsidRPr="004D27C8">
        <w:rPr>
          <w:rFonts w:asciiTheme="majorBidi" w:eastAsia="Corbel" w:hAnsiTheme="majorBidi" w:cstheme="majorBidi"/>
          <w:sz w:val="24"/>
          <w:szCs w:val="24"/>
        </w:rPr>
        <w:t xml:space="preserve">, 20, 481–492. </w:t>
      </w:r>
      <w:hyperlink r:id="rId18" w:tgtFrame="_blank" w:history="1">
        <w:r w:rsidRPr="004D27C8">
          <w:rPr>
            <w:rStyle w:val="Hyperlink"/>
            <w:rFonts w:asciiTheme="majorBidi" w:eastAsia="Corbel" w:hAnsiTheme="majorBidi" w:cstheme="majorBidi"/>
            <w:sz w:val="24"/>
            <w:szCs w:val="24"/>
          </w:rPr>
          <w:t>https://doi.org/10.1080/13562517.2015.1020778</w:t>
        </w:r>
      </w:hyperlink>
    </w:p>
    <w:p w14:paraId="775BA7B0" w14:textId="77777777" w:rsidR="004D27C8" w:rsidRPr="004D27C8" w:rsidRDefault="004D27C8" w:rsidP="004D27C8">
      <w:pPr>
        <w:spacing w:after="120"/>
        <w:ind w:left="425" w:hanging="425"/>
        <w:rPr>
          <w:rFonts w:asciiTheme="majorBidi" w:eastAsia="Corbel" w:hAnsiTheme="majorBidi" w:cstheme="majorBidi"/>
          <w:sz w:val="24"/>
          <w:szCs w:val="24"/>
        </w:rPr>
      </w:pPr>
      <w:r w:rsidRPr="004D27C8">
        <w:rPr>
          <w:rFonts w:asciiTheme="majorBidi" w:eastAsia="Corbel" w:hAnsiTheme="majorBidi" w:cstheme="majorBidi"/>
          <w:sz w:val="24"/>
          <w:szCs w:val="24"/>
        </w:rPr>
        <w:lastRenderedPageBreak/>
        <w:t xml:space="preserve">Wang, C., &amp; Burris, M. A. (1997). Photovoice: Concept, methodology, and use for participatory needs assessment. </w:t>
      </w:r>
      <w:r w:rsidRPr="004D27C8">
        <w:rPr>
          <w:rFonts w:asciiTheme="majorBidi" w:eastAsia="Corbel" w:hAnsiTheme="majorBidi" w:cstheme="majorBidi"/>
          <w:i/>
          <w:iCs/>
          <w:sz w:val="24"/>
          <w:szCs w:val="24"/>
        </w:rPr>
        <w:t>Health Education &amp; Behavior</w:t>
      </w:r>
      <w:r w:rsidRPr="004D27C8">
        <w:rPr>
          <w:rFonts w:asciiTheme="majorBidi" w:eastAsia="Corbel" w:hAnsiTheme="majorBidi" w:cstheme="majorBidi"/>
          <w:sz w:val="24"/>
          <w:szCs w:val="24"/>
        </w:rPr>
        <w:t xml:space="preserve">, 24(3), 369–387. </w:t>
      </w:r>
      <w:hyperlink r:id="rId19" w:tgtFrame="_blank" w:history="1">
        <w:r w:rsidRPr="004D27C8">
          <w:rPr>
            <w:rStyle w:val="Hyperlink"/>
            <w:rFonts w:asciiTheme="majorBidi" w:eastAsia="Corbel" w:hAnsiTheme="majorBidi" w:cstheme="majorBidi"/>
            <w:sz w:val="24"/>
            <w:szCs w:val="24"/>
          </w:rPr>
          <w:t>https://doi.org/10.1177/109019819702400309</w:t>
        </w:r>
      </w:hyperlink>
    </w:p>
    <w:p w14:paraId="123D1363" w14:textId="77777777" w:rsidR="004D27C8" w:rsidRPr="004D27C8" w:rsidRDefault="004D27C8" w:rsidP="004D27C8">
      <w:pPr>
        <w:spacing w:after="120"/>
        <w:ind w:left="425" w:hanging="425"/>
        <w:rPr>
          <w:rFonts w:asciiTheme="majorBidi" w:eastAsia="Corbel" w:hAnsiTheme="majorBidi" w:cstheme="majorBidi"/>
          <w:sz w:val="24"/>
          <w:szCs w:val="24"/>
        </w:rPr>
      </w:pPr>
      <w:r w:rsidRPr="004D27C8">
        <w:rPr>
          <w:rFonts w:asciiTheme="majorBidi" w:eastAsia="Corbel" w:hAnsiTheme="majorBidi" w:cstheme="majorBidi"/>
          <w:sz w:val="24"/>
          <w:szCs w:val="24"/>
        </w:rPr>
        <w:t xml:space="preserve">Widodo, H. P. (2016). Teaching English for specific purposes (ESP): English for vocational purposes (EVP). In W. A. </w:t>
      </w:r>
      <w:proofErr w:type="spellStart"/>
      <w:r w:rsidRPr="004D27C8">
        <w:rPr>
          <w:rFonts w:asciiTheme="majorBidi" w:eastAsia="Corbel" w:hAnsiTheme="majorBidi" w:cstheme="majorBidi"/>
          <w:sz w:val="24"/>
          <w:szCs w:val="24"/>
        </w:rPr>
        <w:t>Renandya</w:t>
      </w:r>
      <w:proofErr w:type="spellEnd"/>
      <w:r w:rsidRPr="004D27C8">
        <w:rPr>
          <w:rFonts w:asciiTheme="majorBidi" w:eastAsia="Corbel" w:hAnsiTheme="majorBidi" w:cstheme="majorBidi"/>
          <w:sz w:val="24"/>
          <w:szCs w:val="24"/>
        </w:rPr>
        <w:t xml:space="preserve"> &amp; H. P. Widodo (Eds.), </w:t>
      </w:r>
      <w:r w:rsidRPr="004D27C8">
        <w:rPr>
          <w:rFonts w:asciiTheme="majorBidi" w:eastAsia="Corbel" w:hAnsiTheme="majorBidi" w:cstheme="majorBidi"/>
          <w:i/>
          <w:iCs/>
          <w:sz w:val="24"/>
          <w:szCs w:val="24"/>
        </w:rPr>
        <w:t>English language teaching today</w:t>
      </w:r>
      <w:r w:rsidRPr="004D27C8">
        <w:rPr>
          <w:rFonts w:asciiTheme="majorBidi" w:eastAsia="Corbel" w:hAnsiTheme="majorBidi" w:cstheme="majorBidi"/>
          <w:sz w:val="24"/>
          <w:szCs w:val="24"/>
        </w:rPr>
        <w:t xml:space="preserve"> (pp. 277–291). Springer.</w:t>
      </w:r>
    </w:p>
    <w:p w14:paraId="4C1D6799" w14:textId="77777777" w:rsidR="004D27C8" w:rsidRPr="004D27C8" w:rsidRDefault="004D27C8" w:rsidP="004D27C8">
      <w:pPr>
        <w:spacing w:after="120"/>
        <w:ind w:left="425" w:hanging="425"/>
        <w:rPr>
          <w:rFonts w:asciiTheme="majorBidi" w:eastAsia="Corbel" w:hAnsiTheme="majorBidi" w:cstheme="majorBidi"/>
          <w:sz w:val="24"/>
          <w:szCs w:val="24"/>
        </w:rPr>
      </w:pPr>
      <w:r w:rsidRPr="004D27C8">
        <w:rPr>
          <w:rFonts w:asciiTheme="majorBidi" w:eastAsia="Corbel" w:hAnsiTheme="majorBidi" w:cstheme="majorBidi"/>
          <w:sz w:val="24"/>
          <w:szCs w:val="24"/>
        </w:rPr>
        <w:t xml:space="preserve">Widodo, H. P., Fang, F., &amp; </w:t>
      </w:r>
      <w:proofErr w:type="spellStart"/>
      <w:r w:rsidRPr="004D27C8">
        <w:rPr>
          <w:rFonts w:asciiTheme="majorBidi" w:eastAsia="Corbel" w:hAnsiTheme="majorBidi" w:cstheme="majorBidi"/>
          <w:sz w:val="24"/>
          <w:szCs w:val="24"/>
        </w:rPr>
        <w:t>Elyas</w:t>
      </w:r>
      <w:proofErr w:type="spellEnd"/>
      <w:r w:rsidRPr="004D27C8">
        <w:rPr>
          <w:rFonts w:asciiTheme="majorBidi" w:eastAsia="Corbel" w:hAnsiTheme="majorBidi" w:cstheme="majorBidi"/>
          <w:sz w:val="24"/>
          <w:szCs w:val="24"/>
        </w:rPr>
        <w:t xml:space="preserve">, T. (2020). The construction of language teacher professional identity in the Global </w:t>
      </w:r>
      <w:proofErr w:type="spellStart"/>
      <w:r w:rsidRPr="004D27C8">
        <w:rPr>
          <w:rFonts w:asciiTheme="majorBidi" w:eastAsia="Corbel" w:hAnsiTheme="majorBidi" w:cstheme="majorBidi"/>
          <w:sz w:val="24"/>
          <w:szCs w:val="24"/>
        </w:rPr>
        <w:t>Englishes</w:t>
      </w:r>
      <w:proofErr w:type="spellEnd"/>
      <w:r w:rsidRPr="004D27C8">
        <w:rPr>
          <w:rFonts w:asciiTheme="majorBidi" w:eastAsia="Corbel" w:hAnsiTheme="majorBidi" w:cstheme="majorBidi"/>
          <w:sz w:val="24"/>
          <w:szCs w:val="24"/>
        </w:rPr>
        <w:t xml:space="preserve"> territory: ‘We are legitimate language </w:t>
      </w:r>
      <w:proofErr w:type="gramStart"/>
      <w:r w:rsidRPr="004D27C8">
        <w:rPr>
          <w:rFonts w:asciiTheme="majorBidi" w:eastAsia="Corbel" w:hAnsiTheme="majorBidi" w:cstheme="majorBidi"/>
          <w:sz w:val="24"/>
          <w:szCs w:val="24"/>
        </w:rPr>
        <w:t>teachers’</w:t>
      </w:r>
      <w:proofErr w:type="gramEnd"/>
      <w:r w:rsidRPr="004D27C8">
        <w:rPr>
          <w:rFonts w:asciiTheme="majorBidi" w:eastAsia="Corbel" w:hAnsiTheme="majorBidi" w:cstheme="majorBidi"/>
          <w:sz w:val="24"/>
          <w:szCs w:val="24"/>
        </w:rPr>
        <w:t xml:space="preserve">. </w:t>
      </w:r>
      <w:r w:rsidRPr="004D27C8">
        <w:rPr>
          <w:rFonts w:asciiTheme="majorBidi" w:eastAsia="Corbel" w:hAnsiTheme="majorBidi" w:cstheme="majorBidi"/>
          <w:i/>
          <w:iCs/>
          <w:sz w:val="24"/>
          <w:szCs w:val="24"/>
        </w:rPr>
        <w:t xml:space="preserve">Asian </w:t>
      </w:r>
      <w:proofErr w:type="spellStart"/>
      <w:r w:rsidRPr="004D27C8">
        <w:rPr>
          <w:rFonts w:asciiTheme="majorBidi" w:eastAsia="Corbel" w:hAnsiTheme="majorBidi" w:cstheme="majorBidi"/>
          <w:i/>
          <w:iCs/>
          <w:sz w:val="24"/>
          <w:szCs w:val="24"/>
        </w:rPr>
        <w:t>Englishes</w:t>
      </w:r>
      <w:proofErr w:type="spellEnd"/>
      <w:r w:rsidRPr="004D27C8">
        <w:rPr>
          <w:rFonts w:asciiTheme="majorBidi" w:eastAsia="Corbel" w:hAnsiTheme="majorBidi" w:cstheme="majorBidi"/>
          <w:sz w:val="24"/>
          <w:szCs w:val="24"/>
        </w:rPr>
        <w:t xml:space="preserve">, 22(3), 1–8. </w:t>
      </w:r>
      <w:hyperlink r:id="rId20" w:tgtFrame="_blank" w:history="1">
        <w:r w:rsidRPr="004D27C8">
          <w:rPr>
            <w:rStyle w:val="Hyperlink"/>
            <w:rFonts w:asciiTheme="majorBidi" w:eastAsia="Corbel" w:hAnsiTheme="majorBidi" w:cstheme="majorBidi"/>
            <w:sz w:val="24"/>
            <w:szCs w:val="24"/>
          </w:rPr>
          <w:t>https://doi.org/10.1080/13488678.2020.1732683</w:t>
        </w:r>
      </w:hyperlink>
    </w:p>
    <w:p w14:paraId="7C8414A2" w14:textId="539C0156" w:rsidR="00B44A88" w:rsidRPr="002C0D15" w:rsidRDefault="004D27C8" w:rsidP="00986803">
      <w:pPr>
        <w:spacing w:after="120"/>
        <w:ind w:left="425" w:hanging="425"/>
        <w:rPr>
          <w:rFonts w:asciiTheme="majorBidi" w:eastAsia="Corbel" w:hAnsiTheme="majorBidi" w:cstheme="majorBidi"/>
          <w:sz w:val="24"/>
          <w:szCs w:val="24"/>
        </w:rPr>
      </w:pPr>
      <w:r w:rsidRPr="004D27C8">
        <w:rPr>
          <w:rFonts w:asciiTheme="majorBidi" w:eastAsia="Corbel" w:hAnsiTheme="majorBidi" w:cstheme="majorBidi"/>
          <w:sz w:val="24"/>
          <w:szCs w:val="24"/>
        </w:rPr>
        <w:t xml:space="preserve">Widodo, H. P., &amp; </w:t>
      </w:r>
      <w:proofErr w:type="spellStart"/>
      <w:r w:rsidRPr="004D27C8">
        <w:rPr>
          <w:rFonts w:asciiTheme="majorBidi" w:eastAsia="Corbel" w:hAnsiTheme="majorBidi" w:cstheme="majorBidi"/>
          <w:sz w:val="24"/>
          <w:szCs w:val="24"/>
        </w:rPr>
        <w:t>Ferdiansyah</w:t>
      </w:r>
      <w:proofErr w:type="spellEnd"/>
      <w:r w:rsidRPr="004D27C8">
        <w:rPr>
          <w:rFonts w:asciiTheme="majorBidi" w:eastAsia="Corbel" w:hAnsiTheme="majorBidi" w:cstheme="majorBidi"/>
          <w:sz w:val="24"/>
          <w:szCs w:val="24"/>
        </w:rPr>
        <w:t xml:space="preserve">, S. (2018). Engaging student teachers in video-mediated self-reflection in teaching </w:t>
      </w:r>
      <w:proofErr w:type="spellStart"/>
      <w:r w:rsidRPr="004D27C8">
        <w:rPr>
          <w:rFonts w:asciiTheme="majorBidi" w:eastAsia="Corbel" w:hAnsiTheme="majorBidi" w:cstheme="majorBidi"/>
          <w:sz w:val="24"/>
          <w:szCs w:val="24"/>
        </w:rPr>
        <w:t>practica</w:t>
      </w:r>
      <w:proofErr w:type="spellEnd"/>
      <w:r w:rsidRPr="004D27C8">
        <w:rPr>
          <w:rFonts w:asciiTheme="majorBidi" w:eastAsia="Corbel" w:hAnsiTheme="majorBidi" w:cstheme="majorBidi"/>
          <w:sz w:val="24"/>
          <w:szCs w:val="24"/>
        </w:rPr>
        <w:t xml:space="preserve">. In K. J. Kennedy &amp; J. C-K. Lee (Eds.), </w:t>
      </w:r>
      <w:r w:rsidRPr="004D27C8">
        <w:rPr>
          <w:rFonts w:asciiTheme="majorBidi" w:eastAsia="Corbel" w:hAnsiTheme="majorBidi" w:cstheme="majorBidi"/>
          <w:i/>
          <w:iCs/>
          <w:sz w:val="24"/>
          <w:szCs w:val="24"/>
        </w:rPr>
        <w:t>The Routledge handbook of schools and schooling in Asia</w:t>
      </w:r>
      <w:r w:rsidRPr="004D27C8">
        <w:rPr>
          <w:rFonts w:asciiTheme="majorBidi" w:eastAsia="Corbel" w:hAnsiTheme="majorBidi" w:cstheme="majorBidi"/>
          <w:sz w:val="24"/>
          <w:szCs w:val="24"/>
        </w:rPr>
        <w:t xml:space="preserve"> (pp. 922–934). Routledge.</w:t>
      </w:r>
    </w:p>
    <w:p w14:paraId="22EC1D9B" w14:textId="77777777" w:rsidR="00986803" w:rsidRPr="002C0D15" w:rsidRDefault="00986803" w:rsidP="00986803">
      <w:pPr>
        <w:spacing w:after="120"/>
        <w:ind w:left="425" w:hanging="425"/>
        <w:rPr>
          <w:rFonts w:asciiTheme="majorBidi" w:eastAsia="Corbel" w:hAnsiTheme="majorBidi" w:cstheme="majorBidi"/>
          <w:sz w:val="24"/>
          <w:szCs w:val="24"/>
        </w:rPr>
      </w:pPr>
    </w:p>
    <w:p w14:paraId="72188163" w14:textId="77777777" w:rsidR="00B44A88" w:rsidRPr="002C0D15" w:rsidRDefault="00B44A88" w:rsidP="00B44A88">
      <w:pPr>
        <w:spacing w:after="120"/>
        <w:ind w:left="425" w:hanging="425"/>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b/>
          <w:color w:val="000000"/>
          <w:sz w:val="24"/>
          <w:szCs w:val="24"/>
          <w:lang w:val="en-GB"/>
        </w:rPr>
        <w:t>Suggested Reviewers</w:t>
      </w:r>
      <w:r w:rsidRPr="002C0D15">
        <w:rPr>
          <w:rFonts w:asciiTheme="majorBidi" w:eastAsia="Corbel" w:hAnsiTheme="majorBidi" w:cstheme="majorBidi"/>
          <w:color w:val="000000"/>
          <w:sz w:val="24"/>
          <w:szCs w:val="24"/>
          <w:lang w:val="en-GB"/>
        </w:rPr>
        <w:t xml:space="preserve"> </w:t>
      </w:r>
    </w:p>
    <w:p w14:paraId="7DBF74C9" w14:textId="33150A02" w:rsidR="00B44A88" w:rsidRPr="002C0D15" w:rsidRDefault="00B44A88" w:rsidP="00B44A88">
      <w:pPr>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Please suggest 3-5 reviewers for this article. We may select reviewers from the list below in case we have no appropriate reviewers for this topic.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5"/>
        <w:gridCol w:w="4653"/>
      </w:tblGrid>
      <w:tr w:rsidR="00B44A88" w:rsidRPr="002C0D15" w14:paraId="2AC300B8" w14:textId="77777777" w:rsidTr="00276EBE">
        <w:tc>
          <w:tcPr>
            <w:tcW w:w="4395" w:type="dxa"/>
          </w:tcPr>
          <w:p w14:paraId="34F02C5F" w14:textId="77777777" w:rsidR="00B44A88" w:rsidRPr="002C0D15" w:rsidRDefault="00B44A88" w:rsidP="00276EBE">
            <w:pPr>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Name: </w:t>
            </w:r>
          </w:p>
        </w:tc>
        <w:tc>
          <w:tcPr>
            <w:tcW w:w="4784" w:type="dxa"/>
          </w:tcPr>
          <w:p w14:paraId="7CE2FAF8" w14:textId="77777777" w:rsidR="00B44A88" w:rsidRPr="002C0D15" w:rsidRDefault="00B44A88" w:rsidP="00276EBE">
            <w:pPr>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E-mail: @gmail.com</w:t>
            </w:r>
          </w:p>
        </w:tc>
      </w:tr>
      <w:tr w:rsidR="00B44A88" w:rsidRPr="002C0D15" w14:paraId="0024E7D7" w14:textId="77777777" w:rsidTr="00276EBE">
        <w:tc>
          <w:tcPr>
            <w:tcW w:w="9179" w:type="dxa"/>
            <w:gridSpan w:val="2"/>
          </w:tcPr>
          <w:p w14:paraId="15FF59CE" w14:textId="77777777" w:rsidR="00B44A88" w:rsidRPr="002C0D15" w:rsidRDefault="00B44A88" w:rsidP="00276EBE">
            <w:pPr>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Affiliation: </w:t>
            </w:r>
          </w:p>
        </w:tc>
      </w:tr>
    </w:tbl>
    <w:p w14:paraId="22DED8D5" w14:textId="77777777" w:rsidR="00B44A88" w:rsidRPr="002C0D15" w:rsidRDefault="00B44A88" w:rsidP="00B44A88">
      <w:pPr>
        <w:jc w:val="both"/>
        <w:rPr>
          <w:rFonts w:asciiTheme="majorBidi" w:eastAsia="Corbel" w:hAnsiTheme="majorBidi" w:cstheme="majorBidi"/>
          <w:color w:val="000000"/>
          <w:sz w:val="24"/>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9"/>
        <w:gridCol w:w="4639"/>
      </w:tblGrid>
      <w:tr w:rsidR="00B44A88" w:rsidRPr="002C0D15" w14:paraId="5A1421C3" w14:textId="77777777" w:rsidTr="00276EBE">
        <w:tc>
          <w:tcPr>
            <w:tcW w:w="4395" w:type="dxa"/>
          </w:tcPr>
          <w:p w14:paraId="5A311FEC" w14:textId="77777777" w:rsidR="00B44A88" w:rsidRPr="002C0D15" w:rsidRDefault="00B44A88" w:rsidP="00276EBE">
            <w:pPr>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Name: </w:t>
            </w:r>
          </w:p>
        </w:tc>
        <w:tc>
          <w:tcPr>
            <w:tcW w:w="4784" w:type="dxa"/>
          </w:tcPr>
          <w:p w14:paraId="29A27FF8" w14:textId="77777777" w:rsidR="00B44A88" w:rsidRPr="002C0D15" w:rsidRDefault="00B44A88" w:rsidP="00276EBE">
            <w:pPr>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E-mail: </w:t>
            </w:r>
          </w:p>
        </w:tc>
      </w:tr>
      <w:tr w:rsidR="00B44A88" w:rsidRPr="002C0D15" w14:paraId="6EBC0711" w14:textId="77777777" w:rsidTr="00276EBE">
        <w:tc>
          <w:tcPr>
            <w:tcW w:w="9179" w:type="dxa"/>
            <w:gridSpan w:val="2"/>
          </w:tcPr>
          <w:p w14:paraId="5160196B" w14:textId="77777777" w:rsidR="00B44A88" w:rsidRPr="002C0D15" w:rsidRDefault="00B44A88" w:rsidP="00276EBE">
            <w:pPr>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Affiliation: </w:t>
            </w:r>
          </w:p>
        </w:tc>
      </w:tr>
    </w:tbl>
    <w:p w14:paraId="3E681847" w14:textId="77777777" w:rsidR="00B44A88" w:rsidRPr="002C0D15" w:rsidRDefault="00B44A88" w:rsidP="00B44A88">
      <w:pPr>
        <w:ind w:left="425" w:hanging="425"/>
        <w:jc w:val="both"/>
        <w:rPr>
          <w:rFonts w:asciiTheme="majorBidi" w:eastAsia="Corbel" w:hAnsiTheme="majorBidi" w:cstheme="majorBidi"/>
          <w:color w:val="000000"/>
          <w:sz w:val="24"/>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2"/>
        <w:gridCol w:w="4646"/>
      </w:tblGrid>
      <w:tr w:rsidR="00B44A88" w:rsidRPr="002C0D15" w14:paraId="4746A4D2" w14:textId="77777777" w:rsidTr="00276EBE">
        <w:tc>
          <w:tcPr>
            <w:tcW w:w="4395" w:type="dxa"/>
          </w:tcPr>
          <w:p w14:paraId="3A78346F" w14:textId="77777777" w:rsidR="00B44A88" w:rsidRPr="002C0D15" w:rsidRDefault="00B44A88" w:rsidP="00276EBE">
            <w:pPr>
              <w:ind w:left="425" w:hanging="425"/>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Name: </w:t>
            </w:r>
          </w:p>
        </w:tc>
        <w:tc>
          <w:tcPr>
            <w:tcW w:w="4784" w:type="dxa"/>
          </w:tcPr>
          <w:p w14:paraId="30805B98" w14:textId="77777777" w:rsidR="00B44A88" w:rsidRPr="002C0D15" w:rsidRDefault="00B44A88" w:rsidP="00276EBE">
            <w:pPr>
              <w:ind w:left="425" w:hanging="425"/>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E-mail: </w:t>
            </w:r>
          </w:p>
        </w:tc>
      </w:tr>
      <w:tr w:rsidR="00B44A88" w:rsidRPr="002C0D15" w14:paraId="053ED00E" w14:textId="77777777" w:rsidTr="00276EBE">
        <w:tc>
          <w:tcPr>
            <w:tcW w:w="9179" w:type="dxa"/>
            <w:gridSpan w:val="2"/>
          </w:tcPr>
          <w:p w14:paraId="7C2DD484" w14:textId="77777777" w:rsidR="00B44A88" w:rsidRPr="002C0D15" w:rsidRDefault="00B44A88" w:rsidP="00276EBE">
            <w:pPr>
              <w:ind w:left="425" w:hanging="425"/>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Affiliation: </w:t>
            </w:r>
          </w:p>
        </w:tc>
      </w:tr>
    </w:tbl>
    <w:p w14:paraId="55C0658D" w14:textId="77777777" w:rsidR="00B44A88" w:rsidRPr="002C0D15" w:rsidRDefault="00B44A88" w:rsidP="00B44A88">
      <w:pPr>
        <w:ind w:left="425" w:hanging="425"/>
        <w:jc w:val="both"/>
        <w:rPr>
          <w:rFonts w:asciiTheme="majorBidi" w:eastAsia="Corbel" w:hAnsiTheme="majorBidi" w:cstheme="majorBidi"/>
          <w:color w:val="000000"/>
          <w:sz w:val="24"/>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2"/>
        <w:gridCol w:w="4646"/>
      </w:tblGrid>
      <w:tr w:rsidR="00B44A88" w:rsidRPr="002C0D15" w14:paraId="61B522BE" w14:textId="77777777" w:rsidTr="00276EBE">
        <w:tc>
          <w:tcPr>
            <w:tcW w:w="4395" w:type="dxa"/>
          </w:tcPr>
          <w:p w14:paraId="5104C277" w14:textId="77777777" w:rsidR="00B44A88" w:rsidRPr="002C0D15" w:rsidRDefault="00B44A88" w:rsidP="00276EBE">
            <w:pPr>
              <w:ind w:left="425" w:hanging="425"/>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Name: </w:t>
            </w:r>
          </w:p>
        </w:tc>
        <w:tc>
          <w:tcPr>
            <w:tcW w:w="4784" w:type="dxa"/>
          </w:tcPr>
          <w:p w14:paraId="3EA52CD1" w14:textId="77777777" w:rsidR="00B44A88" w:rsidRPr="002C0D15" w:rsidRDefault="00B44A88" w:rsidP="00276EBE">
            <w:pPr>
              <w:ind w:left="425" w:hanging="425"/>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E-mail: </w:t>
            </w:r>
          </w:p>
        </w:tc>
      </w:tr>
      <w:tr w:rsidR="00B44A88" w:rsidRPr="002C0D15" w14:paraId="6E3AC316" w14:textId="77777777" w:rsidTr="00276EBE">
        <w:tc>
          <w:tcPr>
            <w:tcW w:w="9179" w:type="dxa"/>
            <w:gridSpan w:val="2"/>
          </w:tcPr>
          <w:p w14:paraId="7D02C489" w14:textId="77777777" w:rsidR="00B44A88" w:rsidRPr="002C0D15" w:rsidRDefault="00B44A88" w:rsidP="00276EBE">
            <w:pPr>
              <w:ind w:left="425" w:hanging="425"/>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Affiliation: </w:t>
            </w:r>
          </w:p>
        </w:tc>
      </w:tr>
    </w:tbl>
    <w:p w14:paraId="6A7CB417" w14:textId="77777777" w:rsidR="00B44A88" w:rsidRPr="002C0D15" w:rsidRDefault="00B44A88" w:rsidP="002C0D15">
      <w:pPr>
        <w:spacing w:after="120"/>
        <w:jc w:val="both"/>
        <w:rPr>
          <w:rFonts w:asciiTheme="majorBidi" w:hAnsiTheme="majorBidi" w:cstheme="majorBidi"/>
          <w:sz w:val="24"/>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2"/>
        <w:gridCol w:w="4646"/>
      </w:tblGrid>
      <w:tr w:rsidR="0038750D" w:rsidRPr="002C0D15" w14:paraId="006A89E5" w14:textId="77777777" w:rsidTr="00276EBE">
        <w:tc>
          <w:tcPr>
            <w:tcW w:w="4395" w:type="dxa"/>
          </w:tcPr>
          <w:p w14:paraId="7FE34AFE" w14:textId="77777777" w:rsidR="0038750D" w:rsidRPr="002C0D15" w:rsidRDefault="0038750D" w:rsidP="00276EBE">
            <w:pPr>
              <w:ind w:left="425" w:hanging="425"/>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Name: </w:t>
            </w:r>
          </w:p>
        </w:tc>
        <w:tc>
          <w:tcPr>
            <w:tcW w:w="4784" w:type="dxa"/>
          </w:tcPr>
          <w:p w14:paraId="4DC101B0" w14:textId="77777777" w:rsidR="0038750D" w:rsidRPr="002C0D15" w:rsidRDefault="0038750D" w:rsidP="00276EBE">
            <w:pPr>
              <w:ind w:left="425" w:hanging="425"/>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E-mail: </w:t>
            </w:r>
          </w:p>
        </w:tc>
      </w:tr>
      <w:tr w:rsidR="0038750D" w:rsidRPr="002C0D15" w14:paraId="24FFB4EE" w14:textId="77777777" w:rsidTr="00276EBE">
        <w:tc>
          <w:tcPr>
            <w:tcW w:w="9179" w:type="dxa"/>
            <w:gridSpan w:val="2"/>
          </w:tcPr>
          <w:p w14:paraId="1238B836" w14:textId="77777777" w:rsidR="0038750D" w:rsidRPr="002C0D15" w:rsidRDefault="0038750D" w:rsidP="00276EBE">
            <w:pPr>
              <w:ind w:left="425" w:hanging="425"/>
              <w:jc w:val="both"/>
              <w:rPr>
                <w:rFonts w:asciiTheme="majorBidi" w:eastAsia="Corbel" w:hAnsiTheme="majorBidi" w:cstheme="majorBidi"/>
                <w:color w:val="000000"/>
                <w:sz w:val="24"/>
                <w:szCs w:val="24"/>
                <w:lang w:val="en-GB"/>
              </w:rPr>
            </w:pPr>
            <w:r w:rsidRPr="002C0D15">
              <w:rPr>
                <w:rFonts w:asciiTheme="majorBidi" w:eastAsia="Corbel" w:hAnsiTheme="majorBidi" w:cstheme="majorBidi"/>
                <w:color w:val="000000"/>
                <w:sz w:val="24"/>
                <w:szCs w:val="24"/>
                <w:lang w:val="en-GB"/>
              </w:rPr>
              <w:t xml:space="preserve">Affiliation: </w:t>
            </w:r>
          </w:p>
        </w:tc>
      </w:tr>
    </w:tbl>
    <w:p w14:paraId="6331D8F0" w14:textId="77777777" w:rsidR="00B44A88" w:rsidRPr="002C0D15" w:rsidRDefault="00B44A88" w:rsidP="002C0D15">
      <w:pPr>
        <w:spacing w:after="120"/>
        <w:jc w:val="both"/>
        <w:rPr>
          <w:rFonts w:asciiTheme="majorBidi" w:hAnsiTheme="majorBidi" w:cstheme="majorBidi"/>
          <w:sz w:val="24"/>
          <w:szCs w:val="28"/>
        </w:rPr>
      </w:pPr>
    </w:p>
    <w:p w14:paraId="03131511" w14:textId="77777777" w:rsidR="00B44A88" w:rsidRPr="002C0D15" w:rsidRDefault="00B44A88" w:rsidP="002C0D15">
      <w:pPr>
        <w:spacing w:after="120"/>
        <w:jc w:val="both"/>
        <w:rPr>
          <w:rFonts w:asciiTheme="majorBidi" w:hAnsiTheme="majorBidi" w:cstheme="majorBidi"/>
          <w:sz w:val="24"/>
          <w:szCs w:val="28"/>
        </w:rPr>
      </w:pPr>
    </w:p>
    <w:sectPr w:rsidR="00B44A88" w:rsidRPr="002C0D15" w:rsidSect="0040629C">
      <w:headerReference w:type="first" r:id="rId21"/>
      <w:footerReference w:type="first" r:id="rId22"/>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EE519" w14:textId="77777777" w:rsidR="004857D0" w:rsidRDefault="004857D0" w:rsidP="00867091">
      <w:pPr>
        <w:spacing w:after="0" w:line="240" w:lineRule="auto"/>
      </w:pPr>
      <w:r>
        <w:separator/>
      </w:r>
    </w:p>
  </w:endnote>
  <w:endnote w:type="continuationSeparator" w:id="0">
    <w:p w14:paraId="0F9F314E" w14:textId="77777777" w:rsidR="004857D0" w:rsidRDefault="004857D0" w:rsidP="00867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88616" w14:textId="2E580563" w:rsidR="00867091" w:rsidRDefault="00AA7E46" w:rsidP="0016794B">
    <w:pPr>
      <w:pBdr>
        <w:top w:val="single" w:sz="4" w:space="1" w:color="CCCCCC"/>
      </w:pBdr>
      <w:spacing w:before="480" w:after="80"/>
    </w:pPr>
    <w:r>
      <w:rPr>
        <w:b/>
        <w:sz w:val="15"/>
      </w:rPr>
      <w:t>*</w:t>
    </w:r>
    <w:r w:rsidR="0016794B">
      <w:rPr>
        <w:b/>
        <w:color w:val="C00000"/>
        <w:sz w:val="15"/>
      </w:rPr>
      <w:t>CONTACT</w:t>
    </w:r>
    <w:r w:rsidR="00867091" w:rsidRPr="0016794B">
      <w:rPr>
        <w:b/>
        <w:color w:val="C00000"/>
        <w:sz w:val="15"/>
      </w:rPr>
      <w:t xml:space="preserve"> </w:t>
    </w:r>
    <w:r w:rsidRPr="00AA7E46">
      <w:rPr>
        <w:b/>
        <w:sz w:val="15"/>
        <w:vertAlign w:val="superscript"/>
      </w:rPr>
      <w:t>1</w:t>
    </w:r>
    <w:r w:rsidRPr="00AA7E46">
      <w:rPr>
        <w:b/>
        <w:sz w:val="15"/>
      </w:rPr>
      <w:t xml:space="preserve">Olivia </w:t>
    </w:r>
    <w:r w:rsidRPr="00AA7E46">
      <w:rPr>
        <w:b/>
        <w:bCs/>
        <w:sz w:val="15"/>
      </w:rPr>
      <w:t>Brown</w:t>
    </w:r>
    <w:r w:rsidRPr="00AA7E46">
      <w:rPr>
        <w:sz w:val="15"/>
        <w:u w:val="single"/>
      </w:rPr>
      <w:t xml:space="preserve"> </w:t>
    </w:r>
    <w:r>
      <w:rPr>
        <w:sz w:val="15"/>
        <w:u w:val="single"/>
      </w:rPr>
      <w:t>oliva</w:t>
    </w:r>
    <w:r w:rsidR="00867091">
      <w:rPr>
        <w:sz w:val="15"/>
        <w:u w:val="single"/>
      </w:rPr>
      <w:t>.</w:t>
    </w:r>
    <w:r>
      <w:rPr>
        <w:sz w:val="15"/>
        <w:u w:val="single"/>
      </w:rPr>
      <w:t>brown</w:t>
    </w:r>
    <w:r w:rsidR="00867091">
      <w:rPr>
        <w:sz w:val="15"/>
        <w:u w:val="single"/>
      </w:rPr>
      <w:t>@</w:t>
    </w:r>
    <w:r>
      <w:rPr>
        <w:sz w:val="15"/>
        <w:u w:val="single"/>
      </w:rPr>
      <w:t>abc</w:t>
    </w:r>
    <w:r w:rsidR="00867091">
      <w:rPr>
        <w:sz w:val="15"/>
        <w:u w:val="single"/>
      </w:rPr>
      <w:t>.edu.</w:t>
    </w:r>
    <w:r>
      <w:rPr>
        <w:sz w:val="15"/>
        <w:u w:val="single"/>
      </w:rPr>
      <w:t>uk</w:t>
    </w:r>
    <w:r w:rsidR="00867091">
      <w:rPr>
        <w:sz w:val="15"/>
        <w:u w:val="single"/>
      </w:rPr>
      <w:t xml:space="preserve"> </w:t>
    </w:r>
    <w:r>
      <w:rPr>
        <w:sz w:val="15"/>
      </w:rPr>
      <w:t>Faculty of</w:t>
    </w:r>
    <w:r w:rsidR="00867091">
      <w:rPr>
        <w:sz w:val="15"/>
      </w:rPr>
      <w:t xml:space="preserve"> Education, </w:t>
    </w:r>
    <w:r>
      <w:rPr>
        <w:sz w:val="15"/>
      </w:rPr>
      <w:t>ABC</w:t>
    </w:r>
    <w:r w:rsidR="00867091">
      <w:rPr>
        <w:sz w:val="15"/>
      </w:rPr>
      <w:t xml:space="preserve"> University, </w:t>
    </w:r>
    <w:r>
      <w:rPr>
        <w:sz w:val="15"/>
      </w:rPr>
      <w:t xml:space="preserve">London, England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8EA2B" w14:textId="77777777" w:rsidR="004857D0" w:rsidRDefault="004857D0" w:rsidP="00867091">
      <w:pPr>
        <w:spacing w:after="0" w:line="240" w:lineRule="auto"/>
      </w:pPr>
      <w:r>
        <w:separator/>
      </w:r>
    </w:p>
  </w:footnote>
  <w:footnote w:type="continuationSeparator" w:id="0">
    <w:p w14:paraId="2B1E289E" w14:textId="77777777" w:rsidR="004857D0" w:rsidRDefault="004857D0" w:rsidP="00867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722"/>
      <w:gridCol w:w="4304"/>
    </w:tblGrid>
    <w:tr w:rsidR="00867091" w14:paraId="52EB6EF1" w14:textId="77777777" w:rsidTr="007D388D">
      <w:tc>
        <w:tcPr>
          <w:tcW w:w="5076" w:type="dxa"/>
        </w:tcPr>
        <w:p w14:paraId="1D71E8A4" w14:textId="0D96E69C" w:rsidR="00867091" w:rsidRDefault="00C370D8" w:rsidP="007D388D">
          <w:pPr>
            <w:pStyle w:val="Header"/>
            <w:spacing w:before="360"/>
          </w:pPr>
          <w:r>
            <w:rPr>
              <w:b/>
              <w:sz w:val="17"/>
            </w:rPr>
            <w:t xml:space="preserve">AUREVIAJ JOURNAL OF </w:t>
          </w:r>
          <w:r w:rsidR="0050662B">
            <w:rPr>
              <w:b/>
              <w:sz w:val="17"/>
            </w:rPr>
            <w:t xml:space="preserve">SOCIAL SCIENCES AND HUMANITIES </w:t>
          </w:r>
          <w:r>
            <w:rPr>
              <w:b/>
              <w:sz w:val="17"/>
            </w:rPr>
            <w:t xml:space="preserve"> </w:t>
          </w:r>
          <w:r w:rsidR="007D388D">
            <w:rPr>
              <w:b/>
              <w:sz w:val="17"/>
            </w:rPr>
            <w:br/>
          </w:r>
          <w:r w:rsidR="007D388D">
            <w:rPr>
              <w:color w:val="646464"/>
              <w:sz w:val="16"/>
            </w:rPr>
            <w:t>https://doi.org/10.1080/17501229.2026.2707322</w:t>
          </w:r>
        </w:p>
      </w:tc>
      <w:tc>
        <w:tcPr>
          <w:tcW w:w="5076" w:type="dxa"/>
        </w:tcPr>
        <w:p w14:paraId="35F6AA2E" w14:textId="433DBA40" w:rsidR="00867091" w:rsidRDefault="001D179F" w:rsidP="00867091">
          <w:pPr>
            <w:pStyle w:val="Header"/>
            <w:bidi/>
          </w:pPr>
          <w:r>
            <w:rPr>
              <w:noProof/>
            </w:rPr>
            <w:drawing>
              <wp:anchor distT="0" distB="0" distL="114300" distR="114300" simplePos="0" relativeHeight="251658240" behindDoc="0" locked="0" layoutInCell="1" allowOverlap="1" wp14:anchorId="321F0929" wp14:editId="30CC8C82">
                <wp:simplePos x="0" y="0"/>
                <wp:positionH relativeFrom="margin">
                  <wp:posOffset>1743075</wp:posOffset>
                </wp:positionH>
                <wp:positionV relativeFrom="margin">
                  <wp:posOffset>55245</wp:posOffset>
                </wp:positionV>
                <wp:extent cx="831215" cy="435610"/>
                <wp:effectExtent l="0" t="0" r="6985" b="254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
                        <a:srcRect l="10714" t="1" r="9459" b="13573"/>
                        <a:stretch/>
                      </pic:blipFill>
                      <pic:spPr bwMode="auto">
                        <a:xfrm>
                          <a:off x="0" y="0"/>
                          <a:ext cx="831215" cy="4356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4B52F1C3" w14:textId="4A4F4762" w:rsidR="00867091" w:rsidRPr="000C3A25" w:rsidRDefault="00867091">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D4443A"/>
    <w:multiLevelType w:val="multilevel"/>
    <w:tmpl w:val="3DDCB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5C68A7"/>
    <w:multiLevelType w:val="multilevel"/>
    <w:tmpl w:val="2CCAB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59369B"/>
    <w:multiLevelType w:val="multilevel"/>
    <w:tmpl w:val="34B8F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736A92"/>
    <w:multiLevelType w:val="hybridMultilevel"/>
    <w:tmpl w:val="523C2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231698"/>
    <w:multiLevelType w:val="multilevel"/>
    <w:tmpl w:val="F744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0B221D"/>
    <w:multiLevelType w:val="hybridMultilevel"/>
    <w:tmpl w:val="EA7ADED0"/>
    <w:lvl w:ilvl="0" w:tplc="37122E0E">
      <w:start w:val="2"/>
      <w:numFmt w:val="bullet"/>
      <w:lvlText w:val="·"/>
      <w:lvlJc w:val="left"/>
      <w:pPr>
        <w:ind w:left="1170" w:hanging="450"/>
      </w:pPr>
      <w:rPr>
        <w:rFonts w:ascii="Corbel" w:eastAsia="Corbel" w:hAnsi="Corbel" w:cs="Corbe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E3555C3"/>
    <w:multiLevelType w:val="multilevel"/>
    <w:tmpl w:val="ACDCF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4A0CA0"/>
    <w:multiLevelType w:val="multilevel"/>
    <w:tmpl w:val="24066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D90B60"/>
    <w:multiLevelType w:val="multilevel"/>
    <w:tmpl w:val="06868C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8079EE"/>
    <w:multiLevelType w:val="multilevel"/>
    <w:tmpl w:val="EA2C5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C75831"/>
    <w:multiLevelType w:val="multilevel"/>
    <w:tmpl w:val="4282C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232420"/>
    <w:multiLevelType w:val="multilevel"/>
    <w:tmpl w:val="36DE2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3B6B2D"/>
    <w:multiLevelType w:val="multilevel"/>
    <w:tmpl w:val="C1B27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0534AE"/>
    <w:multiLevelType w:val="hybridMultilevel"/>
    <w:tmpl w:val="55B69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9"/>
  </w:num>
  <w:num w:numId="11">
    <w:abstractNumId w:val="14"/>
  </w:num>
  <w:num w:numId="12">
    <w:abstractNumId w:val="16"/>
  </w:num>
  <w:num w:numId="13">
    <w:abstractNumId w:val="10"/>
  </w:num>
  <w:num w:numId="14">
    <w:abstractNumId w:val="17"/>
  </w:num>
  <w:num w:numId="15">
    <w:abstractNumId w:val="13"/>
  </w:num>
  <w:num w:numId="16">
    <w:abstractNumId w:val="9"/>
  </w:num>
  <w:num w:numId="17">
    <w:abstractNumId w:val="21"/>
  </w:num>
  <w:num w:numId="18">
    <w:abstractNumId w:val="11"/>
  </w:num>
  <w:num w:numId="19">
    <w:abstractNumId w:val="20"/>
  </w:num>
  <w:num w:numId="20">
    <w:abstractNumId w:val="18"/>
  </w:num>
  <w:num w:numId="21">
    <w:abstractNumId w:val="15"/>
  </w:num>
  <w:num w:numId="22">
    <w:abstractNumId w:val="12"/>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rQwMzQzMTQ2MjM2NTZR0lEKTi0uzszPAykwrQUAiCo22SwAAAA="/>
  </w:docVars>
  <w:rsids>
    <w:rsidRoot w:val="00B47730"/>
    <w:rsid w:val="000153CE"/>
    <w:rsid w:val="00034616"/>
    <w:rsid w:val="0006063C"/>
    <w:rsid w:val="000C3A25"/>
    <w:rsid w:val="00117B67"/>
    <w:rsid w:val="00141F04"/>
    <w:rsid w:val="0015074B"/>
    <w:rsid w:val="0016794B"/>
    <w:rsid w:val="00187924"/>
    <w:rsid w:val="001D179F"/>
    <w:rsid w:val="0029639D"/>
    <w:rsid w:val="002C0D15"/>
    <w:rsid w:val="00326F90"/>
    <w:rsid w:val="0038750D"/>
    <w:rsid w:val="003972FF"/>
    <w:rsid w:val="0040629C"/>
    <w:rsid w:val="0041231F"/>
    <w:rsid w:val="004307C3"/>
    <w:rsid w:val="00477166"/>
    <w:rsid w:val="004857D0"/>
    <w:rsid w:val="004D27C8"/>
    <w:rsid w:val="0050662B"/>
    <w:rsid w:val="00547FB9"/>
    <w:rsid w:val="005A7006"/>
    <w:rsid w:val="005C4AE0"/>
    <w:rsid w:val="00634277"/>
    <w:rsid w:val="00635FA5"/>
    <w:rsid w:val="00766948"/>
    <w:rsid w:val="007D388D"/>
    <w:rsid w:val="00867091"/>
    <w:rsid w:val="00885750"/>
    <w:rsid w:val="00931E2D"/>
    <w:rsid w:val="00946660"/>
    <w:rsid w:val="00986803"/>
    <w:rsid w:val="00A63FDD"/>
    <w:rsid w:val="00AA1D8D"/>
    <w:rsid w:val="00AA7E46"/>
    <w:rsid w:val="00AE0684"/>
    <w:rsid w:val="00B118EC"/>
    <w:rsid w:val="00B270FA"/>
    <w:rsid w:val="00B44A88"/>
    <w:rsid w:val="00B47730"/>
    <w:rsid w:val="00B55B20"/>
    <w:rsid w:val="00B70F8E"/>
    <w:rsid w:val="00C370D8"/>
    <w:rsid w:val="00C64701"/>
    <w:rsid w:val="00CB0664"/>
    <w:rsid w:val="00ED2E2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18FC19B"/>
  <w14:defaultImageDpi w14:val="300"/>
  <w15:docId w15:val="{615E1EC6-0260-46CF-9E0C-D9CB73345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222222"/>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Body of text,List Paragraph1,Medium Grid 1 - Accent 21,Body of text+1,Body of text+2,Body of text+3,List Paragraph11,Colorful List - Accent 11"/>
    <w:basedOn w:val="Normal"/>
    <w:link w:val="ListParagraphChar"/>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40629C"/>
    <w:rPr>
      <w:color w:val="0000FF" w:themeColor="hyperlink"/>
      <w:u w:val="single"/>
    </w:rPr>
  </w:style>
  <w:style w:type="character" w:styleId="UnresolvedMention">
    <w:name w:val="Unresolved Mention"/>
    <w:basedOn w:val="DefaultParagraphFont"/>
    <w:uiPriority w:val="99"/>
    <w:semiHidden/>
    <w:unhideWhenUsed/>
    <w:rsid w:val="0040629C"/>
    <w:rPr>
      <w:color w:val="605E5C"/>
      <w:shd w:val="clear" w:color="auto" w:fill="E1DFDD"/>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link w:val="ListParagraph"/>
    <w:uiPriority w:val="34"/>
    <w:rsid w:val="00B44A88"/>
    <w:rPr>
      <w:rFonts w:ascii="Calibri" w:hAnsi="Calibri"/>
      <w:color w:val="222222"/>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96589">
      <w:bodyDiv w:val="1"/>
      <w:marLeft w:val="0"/>
      <w:marRight w:val="0"/>
      <w:marTop w:val="0"/>
      <w:marBottom w:val="0"/>
      <w:divBdr>
        <w:top w:val="none" w:sz="0" w:space="0" w:color="auto"/>
        <w:left w:val="none" w:sz="0" w:space="0" w:color="auto"/>
        <w:bottom w:val="none" w:sz="0" w:space="0" w:color="auto"/>
        <w:right w:val="none" w:sz="0" w:space="0" w:color="auto"/>
      </w:divBdr>
    </w:div>
    <w:div w:id="521893332">
      <w:bodyDiv w:val="1"/>
      <w:marLeft w:val="0"/>
      <w:marRight w:val="0"/>
      <w:marTop w:val="0"/>
      <w:marBottom w:val="0"/>
      <w:divBdr>
        <w:top w:val="none" w:sz="0" w:space="0" w:color="auto"/>
        <w:left w:val="none" w:sz="0" w:space="0" w:color="auto"/>
        <w:bottom w:val="none" w:sz="0" w:space="0" w:color="auto"/>
        <w:right w:val="none" w:sz="0" w:space="0" w:color="auto"/>
      </w:divBdr>
    </w:div>
    <w:div w:id="635256710">
      <w:bodyDiv w:val="1"/>
      <w:marLeft w:val="0"/>
      <w:marRight w:val="0"/>
      <w:marTop w:val="0"/>
      <w:marBottom w:val="0"/>
      <w:divBdr>
        <w:top w:val="none" w:sz="0" w:space="0" w:color="auto"/>
        <w:left w:val="none" w:sz="0" w:space="0" w:color="auto"/>
        <w:bottom w:val="none" w:sz="0" w:space="0" w:color="auto"/>
        <w:right w:val="none" w:sz="0" w:space="0" w:color="auto"/>
      </w:divBdr>
    </w:div>
    <w:div w:id="703139402">
      <w:bodyDiv w:val="1"/>
      <w:marLeft w:val="0"/>
      <w:marRight w:val="0"/>
      <w:marTop w:val="0"/>
      <w:marBottom w:val="0"/>
      <w:divBdr>
        <w:top w:val="none" w:sz="0" w:space="0" w:color="auto"/>
        <w:left w:val="none" w:sz="0" w:space="0" w:color="auto"/>
        <w:bottom w:val="none" w:sz="0" w:space="0" w:color="auto"/>
        <w:right w:val="none" w:sz="0" w:space="0" w:color="auto"/>
      </w:divBdr>
    </w:div>
    <w:div w:id="969478935">
      <w:bodyDiv w:val="1"/>
      <w:marLeft w:val="0"/>
      <w:marRight w:val="0"/>
      <w:marTop w:val="0"/>
      <w:marBottom w:val="0"/>
      <w:divBdr>
        <w:top w:val="none" w:sz="0" w:space="0" w:color="auto"/>
        <w:left w:val="none" w:sz="0" w:space="0" w:color="auto"/>
        <w:bottom w:val="none" w:sz="0" w:space="0" w:color="auto"/>
        <w:right w:val="none" w:sz="0" w:space="0" w:color="auto"/>
      </w:divBdr>
    </w:div>
    <w:div w:id="1350831547">
      <w:bodyDiv w:val="1"/>
      <w:marLeft w:val="0"/>
      <w:marRight w:val="0"/>
      <w:marTop w:val="0"/>
      <w:marBottom w:val="0"/>
      <w:divBdr>
        <w:top w:val="none" w:sz="0" w:space="0" w:color="auto"/>
        <w:left w:val="none" w:sz="0" w:space="0" w:color="auto"/>
        <w:bottom w:val="none" w:sz="0" w:space="0" w:color="auto"/>
        <w:right w:val="none" w:sz="0" w:space="0" w:color="auto"/>
      </w:divBdr>
    </w:div>
    <w:div w:id="1899977123">
      <w:bodyDiv w:val="1"/>
      <w:marLeft w:val="0"/>
      <w:marRight w:val="0"/>
      <w:marTop w:val="0"/>
      <w:marBottom w:val="0"/>
      <w:divBdr>
        <w:top w:val="none" w:sz="0" w:space="0" w:color="auto"/>
        <w:left w:val="none" w:sz="0" w:space="0" w:color="auto"/>
        <w:bottom w:val="none" w:sz="0" w:space="0" w:color="auto"/>
        <w:right w:val="none" w:sz="0" w:space="0" w:color="auto"/>
      </w:divBdr>
      <w:divsChild>
        <w:div w:id="1342971308">
          <w:marLeft w:val="0"/>
          <w:marRight w:val="0"/>
          <w:marTop w:val="0"/>
          <w:marBottom w:val="0"/>
          <w:divBdr>
            <w:top w:val="none" w:sz="0" w:space="0" w:color="auto"/>
            <w:left w:val="none" w:sz="0" w:space="0" w:color="auto"/>
            <w:bottom w:val="none" w:sz="0" w:space="0" w:color="auto"/>
            <w:right w:val="none" w:sz="0" w:space="0" w:color="auto"/>
          </w:divBdr>
          <w:divsChild>
            <w:div w:id="1115127789">
              <w:marLeft w:val="0"/>
              <w:marRight w:val="0"/>
              <w:marTop w:val="0"/>
              <w:marBottom w:val="0"/>
              <w:divBdr>
                <w:top w:val="none" w:sz="0" w:space="0" w:color="auto"/>
                <w:left w:val="none" w:sz="0" w:space="0" w:color="auto"/>
                <w:bottom w:val="none" w:sz="0" w:space="0" w:color="auto"/>
                <w:right w:val="none" w:sz="0" w:space="0" w:color="auto"/>
              </w:divBdr>
              <w:divsChild>
                <w:div w:id="121904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21832/9781788924108-003" TargetMode="External"/><Relationship Id="rId18" Type="http://schemas.openxmlformats.org/officeDocument/2006/relationships/hyperlink" Target="https://doi.org/10.1080/13562517.2015.1020778"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oi.org/10.1080/07908318.2016.1144764" TargetMode="External"/><Relationship Id="rId17" Type="http://schemas.openxmlformats.org/officeDocument/2006/relationships/hyperlink" Target="http://vuir.vu.edu.au/35038/" TargetMode="External"/><Relationship Id="rId2" Type="http://schemas.openxmlformats.org/officeDocument/2006/relationships/numbering" Target="numbering.xml"/><Relationship Id="rId16" Type="http://schemas.openxmlformats.org/officeDocument/2006/relationships/hyperlink" Target="https://doi.org/10.1016/j.system.2017.10.003" TargetMode="External"/><Relationship Id="rId20" Type="http://schemas.openxmlformats.org/officeDocument/2006/relationships/hyperlink" Target="https://doi.org/10.1080/13488678.2020.173268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201/978131516657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aes.hku.hk/ajal/index.php/ajal/article/view/230" TargetMode="External"/><Relationship Id="rId23"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hyperlink" Target="https://doi.org/10.1177/10901981970240030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nsuworks.nova.edu/tqr/vol20/iss11/5"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2510</Words>
  <Characters>14312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16789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Abdullah Noori</cp:lastModifiedBy>
  <cp:revision>11</cp:revision>
  <dcterms:created xsi:type="dcterms:W3CDTF">2026-08-04T05:55:00Z</dcterms:created>
  <dcterms:modified xsi:type="dcterms:W3CDTF">2026-08-04T07:41:00Z</dcterms:modified>
  <cp:category/>
</cp:coreProperties>
</file>